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5A95334F" w:rsidR="00C2186F" w:rsidRDefault="00C2186F">
      <w:pPr>
        <w:jc w:val="center"/>
      </w:pPr>
      <w:bookmarkStart w:id="0" w:name="_GoBack"/>
      <w:bookmarkEnd w:id="0"/>
    </w:p>
    <w:p w14:paraId="06C83664" w14:textId="77777777" w:rsidR="00C2186F" w:rsidRPr="00132F33" w:rsidRDefault="004D06AB">
      <w:pPr>
        <w:pStyle w:val="Tytu"/>
        <w:jc w:val="center"/>
        <w:rPr>
          <w:lang w:val="pl-PL"/>
        </w:rPr>
      </w:pPr>
      <w:r w:rsidRPr="00132F33">
        <w:rPr>
          <w:lang w:val="pl-PL"/>
        </w:rPr>
        <w:t>WYMAGANIA EDUKACYJNE</w:t>
      </w:r>
    </w:p>
    <w:p w14:paraId="6AF15CD0" w14:textId="77777777" w:rsidR="00C2186F" w:rsidRPr="00132F33" w:rsidRDefault="5A79A215" w:rsidP="5A79A215">
      <w:pPr>
        <w:jc w:val="center"/>
        <w:rPr>
          <w:b/>
          <w:bCs/>
          <w:sz w:val="18"/>
          <w:szCs w:val="18"/>
          <w:lang w:val="pl-PL"/>
        </w:rPr>
      </w:pPr>
      <w:r w:rsidRPr="00132F33">
        <w:rPr>
          <w:b/>
          <w:bCs/>
          <w:sz w:val="18"/>
          <w:szCs w:val="18"/>
          <w:lang w:val="pl-PL"/>
        </w:rPr>
        <w:t>niezbędne do otrzymania poszczególnych śródrocznych i rocznych ocen klasyfikacyjnych</w:t>
      </w:r>
    </w:p>
    <w:p w14:paraId="21795CE6" w14:textId="0EC0ED9D" w:rsidR="00C2186F" w:rsidRPr="00132F33" w:rsidRDefault="5A79A215" w:rsidP="5A79A215">
      <w:pPr>
        <w:jc w:val="center"/>
        <w:rPr>
          <w:sz w:val="18"/>
          <w:szCs w:val="18"/>
          <w:lang w:val="pl-PL"/>
        </w:rPr>
      </w:pPr>
      <w:r w:rsidRPr="00132F33">
        <w:rPr>
          <w:sz w:val="18"/>
          <w:szCs w:val="18"/>
          <w:lang w:val="pl-PL"/>
        </w:rPr>
        <w:t xml:space="preserve">Język angielski | klasa 4 | </w:t>
      </w:r>
    </w:p>
    <w:p w14:paraId="1794501C" w14:textId="77777777" w:rsidR="0084172A" w:rsidRPr="00F67D91" w:rsidRDefault="0084172A" w:rsidP="00841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18"/>
          <w:szCs w:val="18"/>
          <w:lang w:val="pl-PL"/>
        </w:rPr>
      </w:pPr>
      <w:r w:rsidRPr="00F67D91">
        <w:rPr>
          <w:sz w:val="18"/>
          <w:szCs w:val="18"/>
          <w:lang w:val="pl-PL"/>
        </w:rPr>
        <w:t>Wymagania mają charakter kumulatywny. Ocena wyższa zakłada spełnienie wymagań przypisanych ocenom niższym, odpowiednio większą samodzielność, poprawność, płynność i skuteczność komunikacyjną. Ocenę ustala nauczyciel na podstawie rozpoznanego poziomu i postępów ucznia w odniesieniu do programu nauczania oraz zasad przyjętych w szkole.</w:t>
      </w:r>
    </w:p>
    <w:p w14:paraId="2FD1F6FF" w14:textId="77777777" w:rsidR="0084172A" w:rsidRPr="00F67D91" w:rsidRDefault="0084172A" w:rsidP="0084172A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  <w:r w:rsidRPr="00F67D91">
        <w:rPr>
          <w:rFonts w:ascii="Aptos" w:hAnsi="Aptos"/>
          <w:sz w:val="18"/>
          <w:szCs w:val="18"/>
        </w:rPr>
        <w:t xml:space="preserve">Wymagania </w:t>
      </w:r>
      <w:r w:rsidRPr="00F67D91">
        <w:rPr>
          <w:rFonts w:ascii="Aptos" w:hAnsi="Aptos"/>
          <w:b/>
          <w:bCs/>
          <w:sz w:val="18"/>
          <w:szCs w:val="18"/>
        </w:rPr>
        <w:t>oczekiwane</w:t>
      </w:r>
      <w:r w:rsidRPr="00F67D91">
        <w:rPr>
          <w:rFonts w:ascii="Aptos" w:hAnsi="Aptos"/>
          <w:sz w:val="18"/>
          <w:szCs w:val="18"/>
        </w:rPr>
        <w:t xml:space="preserve"> odnoszą się do wiadomości i umiejętności przewidzianych dla wszystkich uczniów realizujących kurs, wymagania </w:t>
      </w:r>
      <w:r w:rsidRPr="00F67D91">
        <w:rPr>
          <w:rFonts w:ascii="Aptos" w:hAnsi="Aptos"/>
          <w:b/>
          <w:bCs/>
          <w:sz w:val="18"/>
          <w:szCs w:val="18"/>
        </w:rPr>
        <w:t>wyższe</w:t>
      </w:r>
      <w:r w:rsidRPr="00F67D91">
        <w:rPr>
          <w:rFonts w:ascii="Aptos" w:hAnsi="Aptos"/>
          <w:sz w:val="18"/>
          <w:szCs w:val="18"/>
        </w:rPr>
        <w:t xml:space="preserve"> oraz treści oznaczone jako </w:t>
      </w:r>
      <w:r w:rsidRPr="00F67D91">
        <w:rPr>
          <w:rFonts w:ascii="Aptos" w:hAnsi="Aptos"/>
          <w:b/>
          <w:bCs/>
          <w:i/>
          <w:iCs/>
          <w:color w:val="002060"/>
          <w:sz w:val="18"/>
          <w:szCs w:val="18"/>
        </w:rPr>
        <w:t>Extended</w:t>
      </w:r>
      <w:r w:rsidRPr="00F67D91">
        <w:rPr>
          <w:rFonts w:ascii="Aptos" w:hAnsi="Aptos"/>
          <w:color w:val="002060"/>
          <w:sz w:val="18"/>
          <w:szCs w:val="18"/>
        </w:rPr>
        <w:t> </w:t>
      </w:r>
      <w:r w:rsidRPr="00F67D91">
        <w:rPr>
          <w:rFonts w:ascii="Aptos" w:hAnsi="Aptos"/>
          <w:sz w:val="18"/>
          <w:szCs w:val="18"/>
        </w:rPr>
        <w:t>wspierają rozwój kompetencji językowych uczniów realizujących ścieżkę rozszerzoną i przygotowujących się do osiągania efektów na poziomie B1. </w:t>
      </w:r>
    </w:p>
    <w:p w14:paraId="0F5BD8C1" w14:textId="1B69DDF1" w:rsidR="00C2186F" w:rsidRPr="00132F33" w:rsidRDefault="5A79A215">
      <w:pPr>
        <w:pStyle w:val="Nagwek1"/>
        <w:rPr>
          <w:lang w:val="pl-PL"/>
        </w:rPr>
      </w:pPr>
      <w:r w:rsidRPr="00132F33">
        <w:rPr>
          <w:lang w:val="pl-PL"/>
        </w:rPr>
        <w:t>WYMAGANIA ŚRÓDROCZNE</w:t>
      </w:r>
    </w:p>
    <w:p w14:paraId="3257C410" w14:textId="4DCC3E95" w:rsidR="5A79A215" w:rsidRPr="00132F33" w:rsidRDefault="5A79A215">
      <w:pPr>
        <w:rPr>
          <w:lang w:val="pl-PL"/>
        </w:rPr>
      </w:pPr>
      <w:r w:rsidRPr="00132F33">
        <w:rPr>
          <w:b/>
          <w:bCs/>
          <w:lang w:val="pl-PL"/>
        </w:rPr>
        <w:t xml:space="preserve">Zakres klasyfikacji: </w:t>
      </w:r>
      <w:r w:rsidRPr="00132F33">
        <w:rPr>
          <w:lang w:val="pl-PL"/>
        </w:rPr>
        <w:t xml:space="preserve">rozdziały 1-4. Każda ocena odnosi się do tego samego pełnego zakresu </w:t>
      </w:r>
      <w:r w:rsidR="6BA65403" w:rsidRPr="00132F33">
        <w:rPr>
          <w:lang w:val="pl-PL"/>
        </w:rPr>
        <w:t>tematycznego oraz środków językowych</w:t>
      </w:r>
      <w:r w:rsidRPr="00132F33">
        <w:rPr>
          <w:lang w:val="pl-PL"/>
        </w:rPr>
        <w:t>, a różnice dotyczą poziomu samodzielności, poprawności, płynności i skuteczności wykonania.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469"/>
      </w:tblGrid>
      <w:tr w:rsidR="5A79A215" w:rsidRPr="0081371B" w14:paraId="7DDFFD20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C00000"/>
            <w:tcMar>
              <w:top w:w="100" w:type="dxa"/>
              <w:bottom w:w="100" w:type="dxa"/>
            </w:tcMar>
            <w:vAlign w:val="center"/>
          </w:tcPr>
          <w:p w14:paraId="72C452E7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Zakres</w:t>
            </w:r>
            <w:proofErr w:type="spellEnd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tematyczny</w:t>
            </w:r>
            <w:proofErr w:type="spellEnd"/>
          </w:p>
        </w:tc>
        <w:tc>
          <w:tcPr>
            <w:tcW w:w="8469" w:type="dxa"/>
            <w:shd w:val="clear" w:color="auto" w:fill="FFF7F7"/>
            <w:tcMar>
              <w:top w:w="100" w:type="dxa"/>
              <w:bottom w:w="100" w:type="dxa"/>
            </w:tcMar>
            <w:vAlign w:val="center"/>
          </w:tcPr>
          <w:p w14:paraId="173377DC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Alfabet; liczby 1-100; przybory szkolne; dane personalne; przymiotniki opisujące charakter; wybrane kraje; posiadane przedmioty; ubrania; pomieszczenia i wyposażenie domu; członkowie rodziny; wygląd zewnętrzny, w tym rodzaje włosów; zwierzęta i rośliny; środki transportu; kupowanie i sprzedawanie.</w:t>
            </w:r>
          </w:p>
        </w:tc>
      </w:tr>
      <w:tr w:rsidR="5A79A215" w:rsidRPr="0081371B" w14:paraId="5E653ACF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C00000"/>
            <w:tcMar>
              <w:top w:w="100" w:type="dxa"/>
              <w:bottom w:w="100" w:type="dxa"/>
            </w:tcMar>
            <w:vAlign w:val="center"/>
          </w:tcPr>
          <w:p w14:paraId="55844386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Środki</w:t>
            </w:r>
            <w:proofErr w:type="spellEnd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językowe</w:t>
            </w:r>
            <w:proofErr w:type="spellEnd"/>
          </w:p>
        </w:tc>
        <w:tc>
          <w:tcPr>
            <w:tcW w:w="8469" w:type="dxa"/>
            <w:shd w:val="clear" w:color="auto" w:fill="FFF7F7"/>
            <w:tcMar>
              <w:top w:w="100" w:type="dxa"/>
              <w:bottom w:w="100" w:type="dxa"/>
            </w:tcMar>
            <w:vAlign w:val="center"/>
          </w:tcPr>
          <w:p w14:paraId="7A61FCD3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 xml:space="preserve">My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name’s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...;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>...; liczba pojedyncza i mnoga rzeczowników; zaimki osobowe; pełne i skrócone formy to be; a/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an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to be w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Present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Simple w zdaniach twierdzących, przeczących i pytających oraz krótkich odpowiedziach;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who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what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where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It’s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>/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They’re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dopełniacz saksoński;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Whose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przymiotniki dzierżawcze;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that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these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those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How much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>/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are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...?;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have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got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w zdaniach twierdzących, przeczących i pytających.</w:t>
            </w:r>
          </w:p>
        </w:tc>
      </w:tr>
    </w:tbl>
    <w:p w14:paraId="74F6DEE3" w14:textId="37F2040F" w:rsidR="5A79A215" w:rsidRPr="00132F33" w:rsidRDefault="5A79A215">
      <w:pPr>
        <w:rPr>
          <w:lang w:val="pl-PL"/>
        </w:rPr>
      </w:pPr>
    </w:p>
    <w:p w14:paraId="218DDF40" w14:textId="15216A63" w:rsidR="158463B4" w:rsidRPr="00132F33" w:rsidRDefault="158463B4" w:rsidP="5A79A215">
      <w:pPr>
        <w:pStyle w:val="Nagwek2"/>
        <w:rPr>
          <w:lang w:val="pl-PL"/>
        </w:rPr>
      </w:pPr>
      <w:r w:rsidRPr="00132F33">
        <w:rPr>
          <w:lang w:val="pl-PL"/>
        </w:rPr>
        <w:t>Ocena 6 - celująca</w:t>
      </w:r>
    </w:p>
    <w:p w14:paraId="2ADD2294" w14:textId="77777777" w:rsidR="158463B4" w:rsidRPr="00132F33" w:rsidRDefault="158463B4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pełny zakres wymagań na bardzo wysokim poziomie; działa swobodnie, płynnie, precyzyjnie i niemal bezbłędnie, elastycznie wykorzystując poznane środki.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469"/>
      </w:tblGrid>
      <w:tr w:rsidR="5A79A215" w:rsidRPr="0081371B" w14:paraId="5D7A26D1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6361D42F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E9B5991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4909FFCB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E215FA7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6A49299B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stosuje pełny zakres słownictwa i struktur, elastycznie łącząc poznane środki.</w:t>
            </w:r>
          </w:p>
        </w:tc>
      </w:tr>
      <w:tr w:rsidR="5A79A215" w:rsidRPr="0081371B" w14:paraId="61810F9F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89E8C4F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3FBDEC5E" w14:textId="23C48DDC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szczegółowych.</w:t>
            </w:r>
          </w:p>
        </w:tc>
      </w:tr>
      <w:tr w:rsidR="5A79A215" w:rsidRPr="0081371B" w14:paraId="2239FCE4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1FABCDB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6281A662" w14:textId="2065EAFD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określanie głównej myśli, intencji i kontekstu; wyszukiwanie informacji szczegółowych.</w:t>
            </w:r>
          </w:p>
        </w:tc>
      </w:tr>
      <w:tr w:rsidR="5A79A215" w:rsidRPr="0081371B" w14:paraId="03A6C224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8A4784E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69FD2334" w14:textId="0A090D53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opisywanie ludzi, charakteru, wyglądu, przedmiotów, ubrań i miejsc; określanie liczby i koloru; opowiadanie o teraźniejszości; literowanie i alfabet; poprawna wymowa ćwiczonych dźwięków.</w:t>
            </w:r>
          </w:p>
        </w:tc>
      </w:tr>
      <w:tr w:rsidR="5A79A215" w:rsidRPr="0081371B" w14:paraId="21EB0403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3046C5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3E8D71A8" w14:textId="41897DFA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krótkie, proste, spójne i logiczne opisy ludzi, wieku, charakteru, wyglądu, zwierząt, przedmiotów, ubrań, pokoju oraz członka rodziny.</w:t>
            </w:r>
          </w:p>
        </w:tc>
      </w:tr>
      <w:tr w:rsidR="5A79A215" w:rsidRPr="0081371B" w14:paraId="7913031E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DC35A6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14632D2C" w14:textId="196F738D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 w:rsidR="5A79A215" w:rsidRPr="0081371B" w14:paraId="6A2E4C7A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B779EA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lastRenderedPageBreak/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0915D930" w14:textId="7B9DD546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wypowiedzi.</w:t>
            </w:r>
          </w:p>
        </w:tc>
      </w:tr>
      <w:tr w:rsidR="5A79A215" w:rsidRPr="0081371B" w14:paraId="1BA972F7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3D951B6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0318DC4B" w14:textId="4E5F4846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samodzielna praca, współdziałanie, samoocena, wykorzystywanie informacji zwrotnej i TIK; wiedza o krajach i kulturach; ciekawość poznawcza i otwartość.</w:t>
            </w:r>
          </w:p>
        </w:tc>
      </w:tr>
    </w:tbl>
    <w:p w14:paraId="5583E0BD" w14:textId="77777777" w:rsidR="32BE3F85" w:rsidRPr="00132F33" w:rsidRDefault="32BE3F85" w:rsidP="5A79A215">
      <w:pPr>
        <w:pStyle w:val="Nagwek2"/>
        <w:rPr>
          <w:lang w:val="pl-PL"/>
        </w:rPr>
      </w:pPr>
      <w:r w:rsidRPr="00132F33">
        <w:rPr>
          <w:lang w:val="pl-PL"/>
        </w:rPr>
        <w:t>Ocena 5 - bardzo dobra</w:t>
      </w:r>
    </w:p>
    <w:p w14:paraId="5034C012" w14:textId="77777777" w:rsidR="32BE3F85" w:rsidRPr="00132F33" w:rsidRDefault="32BE3F85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pełny zakres wymagań; samodzielnie, sprawnie i poprawnie wykonuje zadania, a sporadyczne błędy nie wpływają na zrozumienie.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469"/>
      </w:tblGrid>
      <w:tr w:rsidR="5A79A215" w:rsidRPr="0081371B" w14:paraId="2C1BBB52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5CD4316F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609E780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69127156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596DAF3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04680040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Zna i poprawnie stosuje pełny zakres słownictwa i struktur, samodzielnie dobierając środki do zadania.</w:t>
            </w:r>
          </w:p>
        </w:tc>
      </w:tr>
      <w:tr w:rsidR="5A79A215" w:rsidRPr="0081371B" w14:paraId="12A49BE9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861D88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6C4C405F" w14:textId="26A5AEC2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reagowanie na polecenia; określanie głównej myśli, intencji i kontekstu; wyszukiwanie informacji szczegółowych.</w:t>
            </w:r>
          </w:p>
        </w:tc>
      </w:tr>
      <w:tr w:rsidR="5A79A215" w:rsidRPr="0081371B" w14:paraId="335C958C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C6AFC52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4CC2EE27" w14:textId="38737B8B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określanie głównej myśli, intencji i kontekstu; wyszukiwanie informacji szczegółowych.</w:t>
            </w:r>
          </w:p>
        </w:tc>
      </w:tr>
      <w:tr w:rsidR="5A79A215" w:rsidRPr="0081371B" w14:paraId="11669C2B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60DF97D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3F47A30B" w14:textId="68427CB0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opisywanie ludzi, charakteru, wyglądu, przedmiotów, ubrań i miejsc; określanie liczby i koloru; opowiadanie o teraźniejszości; literowanie i alfabet; poprawna wymowa ćwiczonych dźwięków.</w:t>
            </w:r>
          </w:p>
        </w:tc>
      </w:tr>
      <w:tr w:rsidR="5A79A215" w:rsidRPr="0081371B" w14:paraId="1ECD035F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522E68E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24867622" w14:textId="4612A674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krótkie, proste, spójne i logiczne opisy ludzi, wieku, charakteru, wyglądu, zwierząt, przedmiotów, ubrań, pokoju oraz członka rodziny.</w:t>
            </w:r>
          </w:p>
        </w:tc>
      </w:tr>
      <w:tr w:rsidR="5A79A215" w:rsidRPr="0081371B" w14:paraId="55CDA20C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BB0286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466C3E03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rodziny..</w:t>
            </w:r>
          </w:p>
        </w:tc>
      </w:tr>
      <w:tr w:rsidR="5A79A215" w:rsidRPr="0081371B" w14:paraId="425DFC62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F86DBD1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6CBAF85E" w14:textId="59551559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wypowiedzi.</w:t>
            </w:r>
          </w:p>
        </w:tc>
      </w:tr>
      <w:tr w:rsidR="5A79A215" w:rsidRPr="0081371B" w14:paraId="5FCD26CC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3FB46AB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799302F3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samodzielna praca, współdziałanie, samoocena, wykorzystywanie informacji zwrotnej i TIK; wiedza o krajach i kulturach; ciekawość poznawcza i otwartość..</w:t>
            </w:r>
          </w:p>
        </w:tc>
      </w:tr>
    </w:tbl>
    <w:p w14:paraId="196C6463" w14:textId="6DC0A50E" w:rsidR="00C2186F" w:rsidRPr="00132F33" w:rsidRDefault="5A79A215">
      <w:pPr>
        <w:pStyle w:val="Nagwek2"/>
        <w:rPr>
          <w:lang w:val="pl-PL"/>
        </w:rPr>
      </w:pPr>
      <w:r w:rsidRPr="00132F33">
        <w:rPr>
          <w:lang w:val="pl-PL"/>
        </w:rPr>
        <w:t>Ocena 4 - dobra</w:t>
      </w:r>
    </w:p>
    <w:p w14:paraId="5600D5FF" w14:textId="77777777" w:rsidR="00C2186F" w:rsidRPr="00132F33" w:rsidRDefault="5A79A215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większość wymagań; na ogół samodzielnie i poprawnie wykonuje typowe zadania, a nieliczne błędy nie zakłócają komunikacji.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8469"/>
      </w:tblGrid>
      <w:tr w:rsidR="00C2186F" w:rsidRPr="0081371B" w14:paraId="5C8A66B0" w14:textId="77777777" w:rsidTr="00C524C5">
        <w:trPr>
          <w:cantSplit/>
          <w:jc w:val="center"/>
        </w:trPr>
        <w:tc>
          <w:tcPr>
            <w:tcW w:w="1843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978C43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E7DB6" w14:textId="77777777" w:rsidR="00C2186F" w:rsidRPr="00132F33" w:rsidRDefault="004D06AB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C2186F" w:rsidRPr="0081371B" w14:paraId="7C38869A" w14:textId="77777777" w:rsidTr="00C524C5">
        <w:trPr>
          <w:cantSplit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4E966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87D6B" w14:textId="77777777" w:rsidR="00C2186F" w:rsidRPr="00132F33" w:rsidRDefault="004D06AB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lang w:val="pl-PL"/>
              </w:rPr>
              <w:t>Zna i na ogół poprawnie stosuje większość słownictwa i struktur z całego zakresu.</w:t>
            </w:r>
          </w:p>
        </w:tc>
      </w:tr>
      <w:tr w:rsidR="00C2186F" w:rsidRPr="0081371B" w14:paraId="5970CB3C" w14:textId="77777777" w:rsidTr="00C524C5">
        <w:trPr>
          <w:cantSplit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95112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7A364" w14:textId="1FBDC94D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reagowanie na polecenia; określanie głównej myśli, intencji i kontekstu; wyszukiwanie informacji szczegółowych.</w:t>
            </w:r>
          </w:p>
        </w:tc>
      </w:tr>
      <w:tr w:rsidR="00C2186F" w:rsidRPr="0081371B" w14:paraId="54011D36" w14:textId="77777777" w:rsidTr="00C524C5">
        <w:trPr>
          <w:cantSplit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C7E69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2E748" w14:textId="207CFDE1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określanie głównej myśli, intencji i kontekstu; wyszukiwanie informacji szczegółowych.</w:t>
            </w:r>
          </w:p>
        </w:tc>
      </w:tr>
      <w:tr w:rsidR="00C2186F" w:rsidRPr="0081371B" w14:paraId="23EE1472" w14:textId="77777777" w:rsidTr="00C524C5">
        <w:trPr>
          <w:cantSplit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4F2E36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5FF5A" w14:textId="17C97D00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opisywanie ludzi, charakteru, wyglądu, przedmiotów, ubrań i miejsc; określanie liczby i koloru; opowiadanie o teraźniejszości; literowanie i alfabet; poprawna wymowa ćwiczonych dźwięków.</w:t>
            </w:r>
          </w:p>
        </w:tc>
      </w:tr>
      <w:tr w:rsidR="00C2186F" w:rsidRPr="0081371B" w14:paraId="106E4919" w14:textId="77777777" w:rsidTr="00C524C5">
        <w:trPr>
          <w:cantSplit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7406BA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E21F4" w14:textId="33E94BA7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krótkie, proste, spójne i logiczne opisy ludzi, wieku, charakteru, wyglądu, zwierząt, przedmiotów, ubrań, pokoju oraz członka rodziny.</w:t>
            </w:r>
          </w:p>
        </w:tc>
      </w:tr>
      <w:tr w:rsidR="00C2186F" w:rsidRPr="0081371B" w14:paraId="380447AE" w14:textId="77777777" w:rsidTr="00C524C5">
        <w:trPr>
          <w:cantSplit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77A7C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A388F" w14:textId="11E3CA40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 w:rsidR="00C2186F" w:rsidRPr="0081371B" w14:paraId="44F3881B" w14:textId="77777777" w:rsidTr="00C524C5">
        <w:trPr>
          <w:cantSplit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EBC9A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84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6BF74" w14:textId="5DB66AB9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wypowiedzi.</w:t>
            </w:r>
          </w:p>
        </w:tc>
      </w:tr>
      <w:tr w:rsidR="00C2186F" w:rsidRPr="0081371B" w14:paraId="472149CD" w14:textId="77777777" w:rsidTr="00C524C5">
        <w:trPr>
          <w:cantSplit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3F8368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84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BA6C5" w14:textId="39BAA5DE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samodzielna praca, współdziałanie, samoocena, wykorzystywanie informacji zwrotnej i TIK; wiedza o krajach i kulturach; ciekawość poznawcza i otwartość.</w:t>
            </w:r>
          </w:p>
        </w:tc>
      </w:tr>
    </w:tbl>
    <w:p w14:paraId="0D0B940D" w14:textId="77777777" w:rsidR="00C2186F" w:rsidRPr="00132F33" w:rsidRDefault="00C2186F">
      <w:pPr>
        <w:rPr>
          <w:lang w:val="pl-PL"/>
        </w:rPr>
      </w:pPr>
    </w:p>
    <w:p w14:paraId="438BFEFB" w14:textId="77777777" w:rsidR="0DB46185" w:rsidRPr="00132F33" w:rsidRDefault="0DB46185" w:rsidP="5A79A215">
      <w:pPr>
        <w:pStyle w:val="Nagwek2"/>
        <w:rPr>
          <w:lang w:val="pl-PL"/>
        </w:rPr>
      </w:pPr>
      <w:r w:rsidRPr="00132F33">
        <w:rPr>
          <w:lang w:val="pl-PL"/>
        </w:rPr>
        <w:t>Ocena 3 - dostateczna</w:t>
      </w:r>
    </w:p>
    <w:p w14:paraId="49D6B498" w14:textId="77777777" w:rsidR="0DB46185" w:rsidRPr="00132F33" w:rsidRDefault="0DB46185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podstawową część wymagań; wykonuje proste zadania samodzielnie lub z niewielką pomocą, a błędy czasami zakłócają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469"/>
      </w:tblGrid>
      <w:tr w:rsidR="5A79A215" w:rsidRPr="0081371B" w14:paraId="48F4BFE3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4C7D9C6B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BFCDA9B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0D7D6C51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3FE9D40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481E0E2B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Rozpoznaje i stosuje podstawowe słownictwo i najczęstsze struktury z całego zakresu, niekiedy z pomocą.</w:t>
            </w:r>
          </w:p>
        </w:tc>
      </w:tr>
      <w:tr w:rsidR="5A79A215" w:rsidRPr="0081371B" w14:paraId="25849A90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53F643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647C5033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reagowanie na polecenia; określanie głównej myśli, intencji i kontekstu; wyszukiwanie informacji szczegółowych..</w:t>
            </w:r>
          </w:p>
        </w:tc>
      </w:tr>
      <w:tr w:rsidR="5A79A215" w:rsidRPr="0081371B" w14:paraId="59B44E49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C1B10BF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125EF323" w14:textId="66D3947D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określanie głównej myśli, intencji i kontekstu; wyszukiwanie informacji szczegółowych.</w:t>
            </w:r>
          </w:p>
        </w:tc>
      </w:tr>
      <w:tr w:rsidR="5A79A215" w:rsidRPr="0081371B" w14:paraId="12CA9C92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49D8F7F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219DE36C" w14:textId="35669110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opisywanie ludzi, charakteru, wyglądu, przedmiotów, ubrań i miejsc; określanie liczby i koloru; opowiadanie o teraźniejszości; literowanie i alfabet; poprawna wymowa ćwiczonych dźwięków.</w:t>
            </w:r>
          </w:p>
        </w:tc>
      </w:tr>
      <w:tr w:rsidR="5A79A215" w:rsidRPr="0081371B" w14:paraId="4390D701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61E24CF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0FC9159D" w14:textId="23A8D1A8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krótkie, proste, spójne i logiczne opisy ludzi, wieku, charakteru, wyglądu, zwierząt, przedmiotów, ubrań, pokoju oraz członka rodziny.</w:t>
            </w:r>
          </w:p>
        </w:tc>
      </w:tr>
      <w:tr w:rsidR="5A79A215" w:rsidRPr="0081371B" w14:paraId="6D31F3D1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252FBC8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43756B61" w14:textId="18E04FAA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 w:rsidR="5A79A215" w:rsidRPr="0081371B" w14:paraId="0E6F2230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29264CD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2454D570" w14:textId="5BD385F4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przekazywanie informacji sformułowanych w języku obcym i polskim oraz zawartych w materiałach wizualnych; współtworzenie wypowiedzi.</w:t>
            </w:r>
          </w:p>
        </w:tc>
      </w:tr>
      <w:tr w:rsidR="5A79A215" w:rsidRPr="0081371B" w14:paraId="7E5A3AD4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EEB787E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15A32647" w14:textId="3CE585BE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samodzielna praca, współdziałanie, samoocena, wykorzystywanie informacji zwrotnej i TIK; wiedza o krajach i kulturach; ciekawość poznawcza i otwartość.</w:t>
            </w:r>
          </w:p>
        </w:tc>
      </w:tr>
    </w:tbl>
    <w:p w14:paraId="7E43D9BB" w14:textId="55CE54C9" w:rsidR="5A79A215" w:rsidRPr="00132F33" w:rsidRDefault="5A79A215">
      <w:pPr>
        <w:rPr>
          <w:lang w:val="pl-PL"/>
        </w:rPr>
      </w:pPr>
    </w:p>
    <w:p w14:paraId="0168625E" w14:textId="032CC33C" w:rsidR="00C2186F" w:rsidRPr="00132F33" w:rsidRDefault="4C7EB33A" w:rsidP="5A79A215">
      <w:pPr>
        <w:pStyle w:val="Nagwek2"/>
        <w:rPr>
          <w:lang w:val="pl-PL"/>
        </w:rPr>
      </w:pPr>
      <w:r w:rsidRPr="00132F33">
        <w:rPr>
          <w:lang w:val="pl-PL"/>
        </w:rPr>
        <w:lastRenderedPageBreak/>
        <w:t>Ocena 2 - dopuszczająca</w:t>
      </w:r>
    </w:p>
    <w:p w14:paraId="4EE12618" w14:textId="77777777" w:rsidR="00C2186F" w:rsidRPr="00132F33" w:rsidRDefault="4C7EB33A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wymagania w bardzo ograniczonym zakresie; wykonuje najprostsze zadania głównie z pomocą, a liczne błędy często zakłócają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469"/>
      </w:tblGrid>
      <w:tr w:rsidR="5A79A215" w:rsidRPr="0081371B" w14:paraId="16533694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884EBA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2B158BB8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06E6DEFC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7FA91C2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03856C2B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Rozpoznaje i stosuje niewielką część pełnego zakresu, głównie według wzoru i z dużą pomocą; popełnia liczne błędy.</w:t>
            </w:r>
          </w:p>
        </w:tc>
      </w:tr>
      <w:tr w:rsidR="5A79A215" w:rsidRPr="0081371B" w14:paraId="61A556D2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98FD7BB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5B3DA5C7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reagowanie na polecenia; określanie głównej myśli, intencji i kontekstu; wyszukiwanie informacji szczegółowych..</w:t>
            </w:r>
          </w:p>
        </w:tc>
      </w:tr>
      <w:tr w:rsidR="5A79A215" w:rsidRPr="0081371B" w14:paraId="0020EFAA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F99CCB0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16E0E988" w14:textId="61B5ED14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określanie głównej myśli, intencji i kontekstu; wyszukiwanie informacji szczegółowych.</w:t>
            </w:r>
          </w:p>
        </w:tc>
      </w:tr>
      <w:tr w:rsidR="5A79A215" w:rsidRPr="0081371B" w14:paraId="7437BDF5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8C1BE2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1054BEC3" w14:textId="372B752B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opisywanie ludzi, charakteru, wyglądu, przedmiotów, ubrań i miejsc; określanie liczby i koloru; opowiadanie o teraźniejszości; literowanie i alfabet; poprawna wymowa ćwiczonych dźwięków.</w:t>
            </w:r>
          </w:p>
        </w:tc>
      </w:tr>
      <w:tr w:rsidR="5A79A215" w:rsidRPr="0081371B" w14:paraId="76D20DEE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21D41F3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1799438D" w14:textId="21ED6996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krótkie, proste, spójne i logiczne opisy ludzi, wieku, charakteru, wyglądu, zwierząt, przedmiotów, ubrań, pokoju oraz członka rodziny.</w:t>
            </w:r>
          </w:p>
        </w:tc>
      </w:tr>
      <w:tr w:rsidR="5A79A215" w:rsidRPr="0081371B" w14:paraId="27C4FEA7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FAF1B41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046AE5C0" w14:textId="72AD4B6F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 w:rsidR="5A79A215" w:rsidRPr="0081371B" w14:paraId="2A009435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400728C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310B33CD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przekazywanie informacji sformułowanych w języku obcym i polskim oraz zawartych w materiałach wizualnych; współtworzenie wypowiedzi..</w:t>
            </w:r>
          </w:p>
        </w:tc>
      </w:tr>
      <w:tr w:rsidR="5A79A215" w:rsidRPr="0081371B" w14:paraId="5949D728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52987AA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28416ADF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samodzielna praca, współdziałanie, samoocena, wykorzystywanie informacji zwrotnej i TIK; wiedza o krajach i kulturach; ciekawość poznawcza i otwartość..</w:t>
            </w:r>
          </w:p>
        </w:tc>
      </w:tr>
    </w:tbl>
    <w:p w14:paraId="1CC04245" w14:textId="20567F91" w:rsidR="00C2186F" w:rsidRPr="00132F33" w:rsidRDefault="5DF513FE" w:rsidP="5A79A215">
      <w:pPr>
        <w:pStyle w:val="Nagwek2"/>
        <w:rPr>
          <w:lang w:val="pl-PL"/>
        </w:rPr>
      </w:pPr>
      <w:r w:rsidRPr="00132F33">
        <w:rPr>
          <w:lang w:val="pl-PL"/>
        </w:rPr>
        <w:t>Ocena 1 - niedostateczn</w:t>
      </w:r>
      <w:r w:rsidR="20B9BD20" w:rsidRPr="00132F33">
        <w:rPr>
          <w:lang w:val="pl-PL"/>
        </w:rPr>
        <w:t>a</w:t>
      </w:r>
    </w:p>
    <w:p w14:paraId="17B94341" w14:textId="77777777" w:rsidR="00C2186F" w:rsidRPr="00132F33" w:rsidRDefault="5DF513FE" w:rsidP="5A79A215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nie opanował wymagań koniecznych; nie wykonuje zadań nawet z dużą pomocą lub błędy uniemożliwiają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469"/>
      </w:tblGrid>
      <w:tr w:rsidR="5A79A215" w:rsidRPr="0081371B" w14:paraId="57C45E6B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54A06948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62EBB0A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0CC56B4B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6D4755C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5AB2889C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rozpoznaje i nie stosuje skutecznie pełnego zakresu słownictwa i struktur, nawet z pomocą.</w:t>
            </w:r>
          </w:p>
        </w:tc>
      </w:tr>
      <w:tr w:rsidR="5A79A215" w:rsidRPr="0081371B" w14:paraId="44153090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0A0C360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41C743DF" w14:textId="76757313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reagowanie na polecenia; określanie głównej myśli, intencji i kontekstu; wyszukiwanie informacji szczegółowych.</w:t>
            </w:r>
          </w:p>
        </w:tc>
      </w:tr>
      <w:tr w:rsidR="5A79A215" w:rsidRPr="0081371B" w14:paraId="113E3C79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09278DB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0CD1A6DC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określanie głównej myśli, intencji i kontekstu; wyszukiwanie informacji szczegółowych..</w:t>
            </w:r>
          </w:p>
        </w:tc>
      </w:tr>
      <w:tr w:rsidR="5A79A215" w:rsidRPr="0081371B" w14:paraId="58BD5263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C94C1C0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50DD10A6" w14:textId="28EF8188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opisywanie ludzi, charakteru, wyglądu, przedmiotów, ubrań i miejsc; określanie liczby i koloru; opowiadanie o teraźniejszości; literowanie i alfabet; poprawna wymowa ćwiczonych dźwięków.</w:t>
            </w:r>
          </w:p>
        </w:tc>
      </w:tr>
      <w:tr w:rsidR="5A79A215" w:rsidRPr="0081371B" w14:paraId="11098024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B8B5766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189534A1" w14:textId="63662379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krótkie, proste, spójne i logiczne opisy ludzi, wieku, charakteru, wyglądu, zwierząt, przedmiotów, ubrań, pokoju oraz członka rodziny.</w:t>
            </w:r>
          </w:p>
        </w:tc>
      </w:tr>
      <w:tr w:rsidR="5A79A215" w:rsidRPr="0081371B" w14:paraId="19B6764D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13A884C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lastRenderedPageBreak/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47398B38" w14:textId="3946E040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 w:rsidR="5A79A215" w:rsidRPr="0081371B" w14:paraId="173541FD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E6EF453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2969B9C4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przekazywanie informacji sformułowanych w języku obcym i polskim oraz zawartych w materiałach wizualnych; współtworzenie wypowiedzi..</w:t>
            </w:r>
          </w:p>
        </w:tc>
      </w:tr>
      <w:tr w:rsidR="5A79A215" w:rsidRPr="0081371B" w14:paraId="01041CF3" w14:textId="77777777" w:rsidTr="00C524C5">
        <w:trPr>
          <w:trHeight w:val="300"/>
          <w:jc w:val="center"/>
        </w:trPr>
        <w:tc>
          <w:tcPr>
            <w:tcW w:w="1843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F067B1E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469" w:type="dxa"/>
            <w:tcMar>
              <w:top w:w="100" w:type="dxa"/>
              <w:bottom w:w="100" w:type="dxa"/>
            </w:tcMar>
            <w:vAlign w:val="center"/>
          </w:tcPr>
          <w:p w14:paraId="33222E03" w14:textId="67BDD25A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samodzielna praca, współdziałanie, samoocena, wykorzystywanie informacji zwrotnej i TIK; wiedza o krajach i kulturach; ciekawość poznawcza i otwartość.</w:t>
            </w:r>
          </w:p>
        </w:tc>
      </w:tr>
    </w:tbl>
    <w:p w14:paraId="1160E171" w14:textId="7EAA0240" w:rsidR="00C2186F" w:rsidRPr="00132F33" w:rsidRDefault="5A79A215">
      <w:pPr>
        <w:pStyle w:val="Nagwek1"/>
        <w:rPr>
          <w:lang w:val="pl-PL"/>
        </w:rPr>
      </w:pPr>
      <w:r w:rsidRPr="00132F33">
        <w:rPr>
          <w:lang w:val="pl-PL"/>
        </w:rPr>
        <w:t>WYMAGANIA ROCZNE</w:t>
      </w:r>
    </w:p>
    <w:p w14:paraId="6038FAC1" w14:textId="2C2A2635" w:rsidR="00C2186F" w:rsidRPr="00132F33" w:rsidRDefault="5A79A215">
      <w:pPr>
        <w:rPr>
          <w:lang w:val="pl-PL"/>
        </w:rPr>
      </w:pPr>
      <w:r w:rsidRPr="00132F33">
        <w:rPr>
          <w:b/>
          <w:bCs/>
          <w:lang w:val="pl-PL"/>
        </w:rPr>
        <w:t xml:space="preserve">Zakres klasyfikacji: </w:t>
      </w:r>
      <w:r w:rsidRPr="00132F33">
        <w:rPr>
          <w:lang w:val="pl-PL"/>
        </w:rPr>
        <w:t xml:space="preserve">rozdziały 1-8. Wymagania roczne są kumulatywne i obejmują </w:t>
      </w:r>
      <w:r w:rsidR="1CB17B17" w:rsidRPr="00132F33">
        <w:rPr>
          <w:lang w:val="pl-PL"/>
        </w:rPr>
        <w:t>zakresy tematyczne oraz środki językowe</w:t>
      </w:r>
      <w:r w:rsidRPr="00132F33">
        <w:rPr>
          <w:lang w:val="pl-PL"/>
        </w:rPr>
        <w:t xml:space="preserve"> z całego roku szkolnego.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8327"/>
      </w:tblGrid>
      <w:tr w:rsidR="5A79A215" w:rsidRPr="0081371B" w14:paraId="1C93141E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C00000"/>
            <w:tcMar>
              <w:top w:w="100" w:type="dxa"/>
              <w:bottom w:w="100" w:type="dxa"/>
            </w:tcMar>
            <w:vAlign w:val="center"/>
          </w:tcPr>
          <w:p w14:paraId="424E072D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Zakres</w:t>
            </w:r>
            <w:proofErr w:type="spellEnd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tematyczny</w:t>
            </w:r>
            <w:proofErr w:type="spellEnd"/>
          </w:p>
        </w:tc>
        <w:tc>
          <w:tcPr>
            <w:tcW w:w="8327" w:type="dxa"/>
            <w:shd w:val="clear" w:color="auto" w:fill="FFF7F7"/>
            <w:tcMar>
              <w:top w:w="100" w:type="dxa"/>
              <w:bottom w:w="100" w:type="dxa"/>
            </w:tcMar>
            <w:vAlign w:val="center"/>
          </w:tcPr>
          <w:p w14:paraId="5C2D72C6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Alfabet; liczby 1-100; przybory szkolne; dane personalne; przymiotniki opisujące charakter; wybrane kraje; posiadane przedmioty; ubrania; pomieszczenia i wyposażenie domu; członkowie rodziny; wygląd zewnętrzny, w tym rodzaje włosów; zwierzęta i rośliny; środki transportu; kupowanie i sprzedawanie. Czynności i umiejętności; jedzenie, owoce, warzywa i posiłki; zakupy; formy spędzania czasu wolnego; sporty i obiekty sportowe; codzienne rutyny; dni tygodnia, pory dnia i godziny; zajęcia pozalekcyjne; czynności związane z przygodami; miejsca w mieście i orientacja w terenie; obozy wakacyjne i atrakcje turystyczne; samopoczucie; zwierzęta.</w:t>
            </w:r>
          </w:p>
        </w:tc>
      </w:tr>
      <w:tr w:rsidR="5A79A215" w:rsidRPr="0081371B" w14:paraId="322F33E3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C00000"/>
            <w:tcMar>
              <w:top w:w="100" w:type="dxa"/>
              <w:bottom w:w="100" w:type="dxa"/>
            </w:tcMar>
            <w:vAlign w:val="center"/>
          </w:tcPr>
          <w:p w14:paraId="3B3A7357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Środki</w:t>
            </w:r>
            <w:proofErr w:type="spellEnd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językowe</w:t>
            </w:r>
            <w:proofErr w:type="spellEnd"/>
          </w:p>
        </w:tc>
        <w:tc>
          <w:tcPr>
            <w:tcW w:w="8327" w:type="dxa"/>
            <w:shd w:val="clear" w:color="auto" w:fill="FFF7F7"/>
            <w:tcMar>
              <w:top w:w="100" w:type="dxa"/>
              <w:bottom w:w="100" w:type="dxa"/>
            </w:tcMar>
            <w:vAlign w:val="center"/>
          </w:tcPr>
          <w:p w14:paraId="1BCC91A6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 xml:space="preserve">My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name’s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...;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>...; liczba pojedyncza i mnoga rzeczowników; zaimki osobowe; pełne i skrócone formy to be; a/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an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to be w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Present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Simple w zdaniach twierdzących, przeczących i pytających oraz krótkich odpowiedziach;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who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what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where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It’s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>/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They’re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dopełniacz saksoński;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Whose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przymiotniki dzierżawcze;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that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these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those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How much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>/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are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...?;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have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got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w zdaniach twierdzących, przeczących i pytających.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can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w zdaniach twierdzących, przeczących i pytających; przysłówki sposobu z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can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can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do wyrażania umiejętności, możliwości, prośby i pozwolenia; rzeczowniki policzalne i niepoliczalne;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some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any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, a lot of;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there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is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>/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there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are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Let’s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...; określanie przynależności;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Present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Simple w zdaniach twierdzących, przeczących i pytających oraz krótkich odpowiedziach;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It’s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time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to...;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Present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  <w:lang w:val="pl-PL"/>
              </w:rPr>
              <w:t>Continuous</w:t>
            </w:r>
            <w:proofErr w:type="spellEnd"/>
            <w:r w:rsidRPr="00132F33">
              <w:rPr>
                <w:sz w:val="17"/>
                <w:szCs w:val="17"/>
                <w:lang w:val="pl-PL"/>
              </w:rPr>
              <w:t xml:space="preserve"> w zdaniach twierdzących, przeczących i pytających oraz krótkich odpowiedziach; tryb rozkazujący.</w:t>
            </w:r>
          </w:p>
        </w:tc>
      </w:tr>
    </w:tbl>
    <w:p w14:paraId="243AE73D" w14:textId="77777777" w:rsidR="7F7390B8" w:rsidRPr="00132F33" w:rsidRDefault="7F7390B8" w:rsidP="5A79A215">
      <w:pPr>
        <w:pStyle w:val="Nagwek2"/>
        <w:rPr>
          <w:lang w:val="pl-PL"/>
        </w:rPr>
      </w:pPr>
      <w:r w:rsidRPr="00132F33">
        <w:rPr>
          <w:lang w:val="pl-PL"/>
        </w:rPr>
        <w:t>Ocena 6 - celująca</w:t>
      </w:r>
    </w:p>
    <w:p w14:paraId="609F6934" w14:textId="77777777" w:rsidR="7F7390B8" w:rsidRPr="00132F33" w:rsidRDefault="7F7390B8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pełny zakres wymagań na bardzo wysokim poziomie; działa swobodnie, płynnie, precyzyjnie i niemal bezbłędnie, elastycznie wykorzystując poznane środki.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8327"/>
      </w:tblGrid>
      <w:tr w:rsidR="5A79A215" w:rsidRPr="0081371B" w14:paraId="6D2B67B7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6E62F211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327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5EF873D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1954F4E5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1963610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19BFED7B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stosuje pełny zakres słownictwa i struktur, elastycznie łącząc poznane środki.</w:t>
            </w:r>
          </w:p>
        </w:tc>
      </w:tr>
      <w:tr w:rsidR="5A79A215" w:rsidRPr="0081371B" w14:paraId="7AB359E5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0F11BF0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6B56CCD6" w14:textId="366E5541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5A79A215" w:rsidRPr="0081371B" w14:paraId="3920D210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B32D393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631004CC" w14:textId="0CBB553A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81371B" w14:paraId="716BD8D1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61ECBF1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314D665A" w14:textId="120D74D5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5A79A215" w:rsidRPr="0081371B" w14:paraId="766D9F64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8D458EE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27504AE6" w14:textId="40235059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 xml:space="preserve">Swobodnie, precyzyjnie i niemal bezbłędnie realizuje pełny zakres działań, także w zadaniach wymagających łączenia informacji: krótkie, proste, spójne i logiczne opisy ludzi, wieku, charakteru, wyglądu, zwierząt, przedmiotów, ubrań, pokoju oraz członka rodziny. Ponadto: opisywanie umiejętności ludzi i </w:t>
            </w:r>
            <w:r w:rsidRPr="00132F33">
              <w:rPr>
                <w:sz w:val="17"/>
                <w:szCs w:val="17"/>
                <w:lang w:val="pl-PL"/>
              </w:rPr>
              <w:lastRenderedPageBreak/>
              <w:t>zwierząt, produktów i ich ilości, lodówki, smoothie, obozu wakacyjnego, rutyny zwierzęcia, nakazów i zakazów oraz czynności przedstawionych na obrazku.</w:t>
            </w:r>
          </w:p>
        </w:tc>
      </w:tr>
      <w:tr w:rsidR="5A79A215" w:rsidRPr="0081371B" w14:paraId="14F45429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622A3C1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lastRenderedPageBreak/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0F339A3E" w14:textId="17CCF58F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81371B" w14:paraId="6A994D17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6BD8CB2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7CCC43DB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wypowiedzi..</w:t>
            </w:r>
          </w:p>
        </w:tc>
      </w:tr>
      <w:tr w:rsidR="5A79A215" w:rsidRPr="0081371B" w14:paraId="18F76F31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144776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5E13A242" w14:textId="4425B868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2FEEFA12" w14:textId="714CBD5D" w:rsidR="7B8B4710" w:rsidRPr="00132F33" w:rsidRDefault="7B8B4710" w:rsidP="5A79A215">
      <w:pPr>
        <w:pStyle w:val="Nagwek2"/>
        <w:rPr>
          <w:lang w:val="pl-PL"/>
        </w:rPr>
      </w:pPr>
      <w:r w:rsidRPr="00132F33">
        <w:rPr>
          <w:lang w:val="pl-PL"/>
        </w:rPr>
        <w:t>Ocena 5 - bardzo dobra</w:t>
      </w:r>
    </w:p>
    <w:p w14:paraId="0686D31E" w14:textId="77777777" w:rsidR="7B8B4710" w:rsidRPr="00132F33" w:rsidRDefault="7B8B4710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pełny zakres wymagań; samodzielnie, sprawnie i poprawnie wykonuje zadania, a sporadyczne błędy nie wpływają na zrozumienie.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8185"/>
      </w:tblGrid>
      <w:tr w:rsidR="5A79A215" w:rsidRPr="0081371B" w14:paraId="11B9B88D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13775C9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18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702306A6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709FE014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13E762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302C5A86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Zna i poprawnie stosuje pełny zakres słownictwa i struktur, samodzielnie dobierając środki do zadania.</w:t>
            </w:r>
          </w:p>
        </w:tc>
      </w:tr>
      <w:tr w:rsidR="5A79A215" w:rsidRPr="0081371B" w14:paraId="605617C3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0C88BB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40E9BB00" w14:textId="7F2515C8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5A79A215" w:rsidRPr="0081371B" w14:paraId="5F84CADC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C350CF8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5937D3D3" w14:textId="1AF0E8BB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81371B" w14:paraId="14CC2676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F1CE31E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490AC0E3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dźwięków..</w:t>
            </w:r>
          </w:p>
        </w:tc>
      </w:tr>
      <w:tr w:rsidR="5A79A215" w:rsidRPr="0081371B" w14:paraId="41280EEE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BACE07B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7FEF5255" w14:textId="052F5643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5A79A215" w:rsidRPr="0081371B" w14:paraId="2DFA04DE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139084A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703EF375" w14:textId="690749CB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81371B" w14:paraId="7666BDF3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F427A67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206A3B80" w14:textId="02560E4A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5A79A215" w:rsidRPr="0081371B" w14:paraId="67C3A6C0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48F0BD7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1BE68B82" w14:textId="7A9FD706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 xml:space="preserve">Samodzielnie, sprawnie i poprawnie realizuje pełny zakres działań: samodzielna praca, współdziałanie, samoocena, wykorzystywanie informacji zwrotnej i TIK; wiedza o krajach i kulturach; ciekawość </w:t>
            </w:r>
            <w:r w:rsidRPr="00132F33">
              <w:rPr>
                <w:sz w:val="17"/>
                <w:szCs w:val="17"/>
                <w:lang w:val="pl-PL"/>
              </w:rPr>
              <w:lastRenderedPageBreak/>
              <w:t>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42E651A6" w14:textId="77777777" w:rsidR="00C2186F" w:rsidRPr="00132F33" w:rsidRDefault="004D06AB">
      <w:pPr>
        <w:pStyle w:val="Nagwek2"/>
        <w:rPr>
          <w:lang w:val="pl-PL"/>
        </w:rPr>
      </w:pPr>
      <w:r w:rsidRPr="00132F33">
        <w:rPr>
          <w:lang w:val="pl-PL"/>
        </w:rPr>
        <w:lastRenderedPageBreak/>
        <w:t>Ocena 4 - dobra</w:t>
      </w:r>
    </w:p>
    <w:p w14:paraId="01AEA499" w14:textId="77777777" w:rsidR="00C2186F" w:rsidRPr="00132F33" w:rsidRDefault="5A79A215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większość wymagań; na ogół samodzielnie i poprawnie wykonuje typowe zadania, a nieliczne błędy nie zakłócają komunikacji.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8044"/>
      </w:tblGrid>
      <w:tr w:rsidR="00C2186F" w:rsidRPr="0081371B" w14:paraId="6EC0FFB8" w14:textId="77777777" w:rsidTr="00C524C5">
        <w:trPr>
          <w:cantSplit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18E8B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80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E0574A" w14:textId="77777777" w:rsidR="00C2186F" w:rsidRPr="00132F33" w:rsidRDefault="004D06AB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C2186F" w:rsidRPr="0081371B" w14:paraId="37101722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76DED8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6D08D" w14:textId="77777777" w:rsidR="00C2186F" w:rsidRPr="00132F33" w:rsidRDefault="004D06AB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lang w:val="pl-PL"/>
              </w:rPr>
              <w:t>Zna i na ogół poprawnie stosuje większość słownictwa i struktur z całego zakresu.</w:t>
            </w:r>
          </w:p>
        </w:tc>
      </w:tr>
      <w:tr w:rsidR="00C2186F" w:rsidRPr="0081371B" w14:paraId="0D308C43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19C52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6D60E" w14:textId="0BE5032C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C2186F" w:rsidRPr="0081371B" w14:paraId="0C994569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9F48D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58857" w14:textId="77777777" w:rsidR="00C2186F" w:rsidRPr="00132F33" w:rsidRDefault="004D06AB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lang w:val="pl-PL"/>
              </w:rPr>
              <w:t>Na ogół samodzielnie i poprawnie realizuje większość działań: określanie głównej myśli, intencji i kontekstu; wyszukiwanie informacji szczegółowych. Ponadto: określanie głównej myśli, intencji i kontekstu; wyszukiwanie informacji szczegółowych..</w:t>
            </w:r>
          </w:p>
        </w:tc>
      </w:tr>
      <w:tr w:rsidR="00C2186F" w:rsidRPr="0081371B" w14:paraId="58FA10D4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7B9F2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9A131" w14:textId="77777777" w:rsidR="00C2186F" w:rsidRPr="00132F33" w:rsidRDefault="004D06AB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lang w:val="pl-PL"/>
              </w:rPr>
              <w:t>Na ogół samodzielnie i poprawnie realizuje większość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dźwięków..</w:t>
            </w:r>
          </w:p>
        </w:tc>
      </w:tr>
      <w:tr w:rsidR="00C2186F" w:rsidRPr="0081371B" w14:paraId="689723EA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FB55A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A1651" w14:textId="49E551E5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00C2186F" w:rsidRPr="0081371B" w14:paraId="5A539009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8389C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F931F" w14:textId="34C98691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C2186F" w:rsidRPr="0081371B" w14:paraId="74F237FF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849D0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EC270" w14:textId="0B19818F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C2186F" w:rsidRPr="0081371B" w14:paraId="2365DBC0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39D43" w14:textId="77777777" w:rsidR="00C2186F" w:rsidRDefault="004D06A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C4DE9" w14:textId="45E94D09" w:rsidR="00C2186F" w:rsidRPr="00132F33" w:rsidRDefault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Na ogół samodzielnie i poprawnie realizuje większość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4B99056E" w14:textId="77777777" w:rsidR="00C2186F" w:rsidRPr="00132F33" w:rsidRDefault="00C2186F">
      <w:pPr>
        <w:rPr>
          <w:lang w:val="pl-PL"/>
        </w:rPr>
      </w:pPr>
    </w:p>
    <w:p w14:paraId="182A09C7" w14:textId="76FADFDF" w:rsidR="00C2186F" w:rsidRPr="00C524C5" w:rsidRDefault="30C4A7AB" w:rsidP="00132F33">
      <w:pPr>
        <w:rPr>
          <w:b/>
          <w:bCs/>
          <w:sz w:val="24"/>
          <w:szCs w:val="24"/>
          <w:lang w:val="pl-PL"/>
        </w:rPr>
      </w:pPr>
      <w:r w:rsidRPr="00C524C5">
        <w:rPr>
          <w:b/>
          <w:bCs/>
          <w:sz w:val="24"/>
          <w:szCs w:val="24"/>
          <w:lang w:val="pl-PL"/>
        </w:rPr>
        <w:t>Ocena 3 - dostateczna</w:t>
      </w:r>
    </w:p>
    <w:p w14:paraId="4F80FE47" w14:textId="77777777" w:rsidR="00C2186F" w:rsidRPr="00132F33" w:rsidRDefault="30C4A7AB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podstawową część wymagań; wykonuje proste zadania samodzielnie lub z niewielką pomocą, a błędy czasami zakłócają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8044"/>
      </w:tblGrid>
      <w:tr w:rsidR="5A79A215" w:rsidRPr="0081371B" w14:paraId="7F9EF558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40B3BBAD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15257908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4C9C9A21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C20E8C6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F7772F9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Rozpoznaje i stosuje podstawowe słownictwo i najczęstsze struktury z całego zakresu, niekiedy z pomocą.</w:t>
            </w:r>
          </w:p>
        </w:tc>
      </w:tr>
      <w:tr w:rsidR="5A79A215" w:rsidRPr="0081371B" w14:paraId="722FA7D3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DC77CA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9985D47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reagowanie na polecenia; określanie głównej myśli, intencji i kontekstu; wyszukiwanie informacji szczegółowych. Ponadto: reagowanie na polecenia; określanie głównej myśli, intencji i kontekstu; wyszukiwanie informacji szczegółowych..</w:t>
            </w:r>
          </w:p>
        </w:tc>
      </w:tr>
      <w:tr w:rsidR="5A79A215" w:rsidRPr="0081371B" w14:paraId="34CC12CE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7C22B4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lastRenderedPageBreak/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419972FF" w14:textId="5E649F5E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81371B" w14:paraId="408554CD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35034D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9F95B1C" w14:textId="116AC20D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5A79A215" w:rsidRPr="0081371B" w14:paraId="21966619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6F55CEF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34E11216" w14:textId="5102090B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5A79A215" w:rsidRPr="0081371B" w14:paraId="7DFDA556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599CD72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2E9F3B9" w14:textId="669BA99D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81371B" w14:paraId="48142609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3CFFA76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1C864A0" w14:textId="1283AA56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5A79A215" w:rsidRPr="0081371B" w14:paraId="56CEBE5C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E303A6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43019273" w14:textId="6FC51A89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W prostych zadaniach, czasem z pomocą, realizuje podstawowe działania: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39B6BF5B" w14:textId="3932C837" w:rsidR="00C2186F" w:rsidRPr="00132F33" w:rsidRDefault="00C2186F" w:rsidP="5A79A215">
      <w:pPr>
        <w:rPr>
          <w:lang w:val="pl-PL"/>
        </w:rPr>
      </w:pPr>
    </w:p>
    <w:p w14:paraId="06F6F7C8" w14:textId="77777777" w:rsidR="00C2186F" w:rsidRPr="00132F33" w:rsidRDefault="64863B7E" w:rsidP="5A79A215">
      <w:pPr>
        <w:pStyle w:val="Nagwek2"/>
        <w:rPr>
          <w:lang w:val="pl-PL"/>
        </w:rPr>
      </w:pPr>
      <w:r w:rsidRPr="00132F33">
        <w:rPr>
          <w:lang w:val="pl-PL"/>
        </w:rPr>
        <w:t>Ocena 2 - dopuszczająca</w:t>
      </w:r>
    </w:p>
    <w:p w14:paraId="7F4B61EA" w14:textId="77777777" w:rsidR="00C2186F" w:rsidRPr="00132F33" w:rsidRDefault="64863B7E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opanował wymagania w bardzo ograniczonym zakresie; wykonuje najprostsze zadania głównie z pomocą, a liczne błędy często zakłócają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8044"/>
      </w:tblGrid>
      <w:tr w:rsidR="5A79A215" w:rsidRPr="0081371B" w14:paraId="08AACAA4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47DF3C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7ECF95EF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69295537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08BF098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90DBA12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Rozpoznaje i stosuje niewielką część pełnego zakresu, głównie według wzoru i z dużą pomocą; popełnia liczne błędy.</w:t>
            </w:r>
          </w:p>
        </w:tc>
      </w:tr>
      <w:tr w:rsidR="5A79A215" w:rsidRPr="0081371B" w14:paraId="5554ADAC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4D9CAED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854A4CB" w14:textId="3B4FBB8D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5A79A215" w:rsidRPr="0081371B" w14:paraId="04FF1149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7A19A83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07E01A58" w14:textId="6A7F6B52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81371B" w14:paraId="03AF50AE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763C79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9164507" w14:textId="2BE47333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5A79A215" w:rsidRPr="0081371B" w14:paraId="27B00F00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C08563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85BFB58" w14:textId="2DF74A08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 xml:space="preserve">Z dużą pomocą i z licznymi błędami realizuje wybrane najprostsze działania: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</w:t>
            </w:r>
            <w:r w:rsidRPr="00132F33">
              <w:rPr>
                <w:sz w:val="17"/>
                <w:szCs w:val="17"/>
                <w:lang w:val="pl-PL"/>
              </w:rPr>
              <w:lastRenderedPageBreak/>
              <w:t>obrazku.</w:t>
            </w:r>
          </w:p>
        </w:tc>
      </w:tr>
      <w:tr w:rsidR="5A79A215" w:rsidRPr="0081371B" w14:paraId="16BA9B8F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E4893F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lastRenderedPageBreak/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78092C2" w14:textId="375B41EC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81371B" w14:paraId="4D62264D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D63D12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3DEDF6A1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wypowiedzi..</w:t>
            </w:r>
          </w:p>
        </w:tc>
      </w:tr>
      <w:tr w:rsidR="5A79A215" w:rsidRPr="0081371B" w14:paraId="25C5C770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1B3326D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7DEE59A" w14:textId="57C119B6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Z dużą pomocą i z licznymi błędami realizuje wybrane najprostsze działania: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53475BF0" w14:textId="0802B4A1" w:rsidR="00C2186F" w:rsidRPr="00132F33" w:rsidRDefault="373301E9" w:rsidP="5A79A215">
      <w:pPr>
        <w:pStyle w:val="Nagwek2"/>
        <w:rPr>
          <w:lang w:val="pl-PL"/>
        </w:rPr>
      </w:pPr>
      <w:r w:rsidRPr="00132F33">
        <w:rPr>
          <w:lang w:val="pl-PL"/>
        </w:rPr>
        <w:t>Ocena 1 - niedostateczna</w:t>
      </w:r>
    </w:p>
    <w:p w14:paraId="39A29C8D" w14:textId="77777777" w:rsidR="00C2186F" w:rsidRPr="00132F33" w:rsidRDefault="373301E9">
      <w:pPr>
        <w:rPr>
          <w:lang w:val="pl-PL"/>
        </w:rPr>
      </w:pPr>
      <w:r w:rsidRPr="00132F33">
        <w:rPr>
          <w:b/>
          <w:bCs/>
          <w:lang w:val="pl-PL"/>
        </w:rPr>
        <w:t xml:space="preserve">Ogólny poziom spełnienia wymagań: </w:t>
      </w:r>
      <w:r w:rsidRPr="00132F33">
        <w:rPr>
          <w:lang w:val="pl-PL"/>
        </w:rPr>
        <w:t>nie opanował wymagań koniecznych; nie wykonuje zadań nawet z dużą pomocą lub błędy uniemożliwiają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8044"/>
      </w:tblGrid>
      <w:tr w:rsidR="5A79A215" w:rsidRPr="0081371B" w14:paraId="4E88C7F0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16768E1A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57706F7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81371B" w14:paraId="69842139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D6BB8C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Znajomość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środków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4DBD35C1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rozpoznaje i nie stosuje skutecznie pełnego zakresu słownictwa i struktur, nawet z pomocą.</w:t>
            </w:r>
          </w:p>
        </w:tc>
      </w:tr>
      <w:tr w:rsidR="5A79A215" w:rsidRPr="0081371B" w14:paraId="6FBAEA9D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4E28701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FF2EA4D" w14:textId="6074B0D2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5A79A215" w:rsidRPr="0081371B" w14:paraId="49EA2915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22765BC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Rozumienie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BECE3EE" w14:textId="74C46168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81371B" w14:paraId="6E8BE8F3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F1A003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2E08FEA" w14:textId="7FC7D23A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5A79A215" w:rsidRPr="0081371B" w14:paraId="03450444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A138545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Tworzenie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wypowiedzi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636DC78" w14:textId="324138B6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5A79A215" w:rsidRPr="0081371B" w14:paraId="1C404920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7D3764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Reagowanie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ustne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4CC396F" w14:textId="29DA6B0A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81371B" w14:paraId="4059CC8F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349E4B4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Przetwarzanie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E034254" w14:textId="6639D87F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5A79A215" w:rsidRPr="0081371B" w14:paraId="0AE41F0E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FB1E53B" w14:textId="77777777" w:rsidR="5A79A215" w:rsidRDefault="5A79A215" w:rsidP="5A79A215">
            <w:pPr>
              <w:spacing w:after="30" w:line="240" w:lineRule="auto"/>
            </w:pPr>
            <w:proofErr w:type="spellStart"/>
            <w:r w:rsidRPr="5A79A215">
              <w:rPr>
                <w:b/>
                <w:bCs/>
                <w:sz w:val="17"/>
                <w:szCs w:val="17"/>
              </w:rPr>
              <w:t>Strategie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wiedza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i</w:t>
            </w:r>
            <w:proofErr w:type="spellEnd"/>
            <w:r w:rsidRPr="5A79A215"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5A79A215">
              <w:rPr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C3618FA" w14:textId="77777777" w:rsidR="5A79A215" w:rsidRPr="00132F33" w:rsidRDefault="5A79A215" w:rsidP="5A79A215">
            <w:pPr>
              <w:spacing w:after="30" w:line="240" w:lineRule="auto"/>
              <w:rPr>
                <w:lang w:val="pl-PL"/>
              </w:rPr>
            </w:pPr>
            <w:r w:rsidRPr="00132F33">
              <w:rPr>
                <w:sz w:val="17"/>
                <w:szCs w:val="17"/>
                <w:lang w:val="pl-PL"/>
              </w:rPr>
              <w:t>Nie potrafi skutecznie realizować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otwartość..</w:t>
            </w:r>
          </w:p>
        </w:tc>
      </w:tr>
    </w:tbl>
    <w:p w14:paraId="1692307A" w14:textId="59CF3B82" w:rsidR="0081371B" w:rsidRPr="00680746" w:rsidRDefault="0081371B" w:rsidP="0081371B">
      <w:pPr>
        <w:pStyle w:val="Nagwek1"/>
        <w:jc w:val="center"/>
        <w:rPr>
          <w:lang w:val="pl-PL"/>
        </w:rPr>
      </w:pPr>
      <w:r w:rsidRPr="00680746">
        <w:rPr>
          <w:lang w:val="pl-PL"/>
        </w:rPr>
        <w:lastRenderedPageBreak/>
        <w:t>WYMAGANIA EDUKACYJNE</w:t>
      </w:r>
      <w:r>
        <w:rPr>
          <w:lang w:val="pl-PL"/>
        </w:rPr>
        <w:t xml:space="preserve"> </w:t>
      </w:r>
      <w:r w:rsidRPr="0081371B">
        <w:rPr>
          <w:lang w:val="pl-PL"/>
        </w:rPr>
        <w:t>do sekcji Exte</w:t>
      </w:r>
      <w:r>
        <w:rPr>
          <w:lang w:val="pl-PL"/>
        </w:rPr>
        <w:t>nded</w:t>
      </w:r>
    </w:p>
    <w:p w14:paraId="015A808F" w14:textId="77777777" w:rsidR="0081371B" w:rsidRPr="00680746" w:rsidRDefault="0081371B" w:rsidP="0081371B">
      <w:pPr>
        <w:jc w:val="center"/>
        <w:rPr>
          <w:lang w:val="pl-PL"/>
        </w:rPr>
      </w:pPr>
      <w:r w:rsidRPr="00680746">
        <w:rPr>
          <w:b/>
          <w:sz w:val="24"/>
          <w:lang w:val="pl-PL"/>
        </w:rPr>
        <w:t>niezbędne do otrzymania poszczególnych śródrocznych i rocznych ocen klasyfikacyjnych</w:t>
      </w:r>
    </w:p>
    <w:p w14:paraId="080295F7" w14:textId="77777777" w:rsidR="0081371B" w:rsidRPr="0081371B" w:rsidRDefault="0081371B" w:rsidP="0081371B">
      <w:pPr>
        <w:rPr>
          <w:b/>
          <w:bCs/>
          <w:color w:val="002060"/>
          <w:sz w:val="24"/>
          <w:szCs w:val="24"/>
          <w:lang w:val="en-GB"/>
        </w:rPr>
      </w:pPr>
      <w:r w:rsidRPr="00680746">
        <w:rPr>
          <w:b/>
          <w:bCs/>
          <w:color w:val="002060"/>
          <w:sz w:val="24"/>
          <w:szCs w:val="24"/>
        </w:rPr>
        <w:t>WYMAGANIA ŚRÓDROCZNE</w:t>
      </w:r>
    </w:p>
    <w:p w14:paraId="663FD80E" w14:textId="77777777" w:rsidR="0081371B" w:rsidRDefault="0081371B" w:rsidP="0081371B">
      <w:pPr>
        <w:rPr>
          <w:lang w:val="pl-PL"/>
        </w:rPr>
      </w:pPr>
      <w:proofErr w:type="spellStart"/>
      <w:r>
        <w:rPr>
          <w:b/>
        </w:rPr>
        <w:t>Zakres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klasyfikacji</w:t>
      </w:r>
      <w:proofErr w:type="spellEnd"/>
      <w:r>
        <w:rPr>
          <w:b/>
        </w:rPr>
        <w:t xml:space="preserve">: </w:t>
      </w:r>
      <w:r>
        <w:t xml:space="preserve">Extended Curriculum 1: Lifelong learning; Extended Curriculum 2: Shops and services; Extended Curriculum 3: Relationships with people. </w:t>
      </w:r>
      <w:r w:rsidRPr="00680746">
        <w:rPr>
          <w:lang w:val="pl-PL"/>
        </w:rPr>
        <w:t>Każda ocena odnosi się do pełnego zakresu tych treści. Różnice dotyczą stopnia samodzielności, poprawności, płynności, precyzji i skuteczności komunikacyjnej.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8327"/>
      </w:tblGrid>
      <w:tr w:rsidR="0081371B" w:rsidRPr="00680746" w14:paraId="7EA34A82" w14:textId="77777777" w:rsidTr="00F5229B">
        <w:trPr>
          <w:cantSplit/>
          <w:jc w:val="center"/>
        </w:trPr>
        <w:tc>
          <w:tcPr>
            <w:tcW w:w="1985" w:type="dxa"/>
            <w:shd w:val="clear" w:color="auto" w:fill="002060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5086B0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Zakres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tematyczny</w:t>
            </w:r>
            <w:proofErr w:type="spellEnd"/>
          </w:p>
        </w:tc>
        <w:tc>
          <w:tcPr>
            <w:tcW w:w="8327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4BD7D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uczenie się przez całe życie; sposoby i strategie uczenia się; plany i trudności w nauce; języki obce; zakupy; sklepy i usługi; zwyczaje zakupowe; ceny; zwroty produktów; zamawianie jedzenia; relacje z rodziną, przyjaciółmi i innymi osobami; znaczenie przyjaźni; zachowania wspierające dobre relacje; wspólne aktywności.</w:t>
            </w:r>
          </w:p>
        </w:tc>
      </w:tr>
      <w:tr w:rsidR="0081371B" w14:paraId="071A6792" w14:textId="77777777" w:rsidTr="00F5229B">
        <w:trPr>
          <w:cantSplit/>
          <w:jc w:val="center"/>
        </w:trPr>
        <w:tc>
          <w:tcPr>
            <w:tcW w:w="1985" w:type="dxa"/>
            <w:shd w:val="clear" w:color="auto" w:fill="002060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6E5868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Środki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językowe</w:t>
            </w:r>
            <w:proofErr w:type="spellEnd"/>
          </w:p>
        </w:tc>
        <w:tc>
          <w:tcPr>
            <w:tcW w:w="8327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427F4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sz w:val="16"/>
              </w:rPr>
              <w:t>nazwy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uczeniem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całe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życie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sposobami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trudnościami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nauce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zakupami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sklepami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usługami</w:t>
            </w:r>
            <w:proofErr w:type="spellEnd"/>
            <w:r>
              <w:rPr>
                <w:sz w:val="16"/>
              </w:rPr>
              <w:t xml:space="preserve">, m.in. ask a shop assistant, take a shopping bag, order food; </w:t>
            </w:r>
            <w:proofErr w:type="spellStart"/>
            <w:r>
              <w:rPr>
                <w:sz w:val="16"/>
              </w:rPr>
              <w:t>konstrukcja</w:t>
            </w:r>
            <w:proofErr w:type="spellEnd"/>
            <w:r>
              <w:rPr>
                <w:sz w:val="16"/>
              </w:rPr>
              <w:t xml:space="preserve"> too + adjective, m.in. too big, too expensive, too long, too shy;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relacjami</w:t>
            </w:r>
            <w:proofErr w:type="spellEnd"/>
            <w:r>
              <w:rPr>
                <w:sz w:val="16"/>
              </w:rPr>
              <w:t xml:space="preserve">, m.in. help others, smile at people, share things, work in a team, make friends, say sorry, spend time together; </w:t>
            </w:r>
            <w:proofErr w:type="spellStart"/>
            <w:r>
              <w:rPr>
                <w:sz w:val="16"/>
              </w:rPr>
              <w:t>połączenia</w:t>
            </w:r>
            <w:proofErr w:type="spellEnd"/>
            <w:r>
              <w:rPr>
                <w:sz w:val="16"/>
              </w:rPr>
              <w:t xml:space="preserve"> care about, smile at, join in.</w:t>
            </w:r>
          </w:p>
        </w:tc>
      </w:tr>
    </w:tbl>
    <w:p w14:paraId="1B040151" w14:textId="77777777" w:rsidR="0081371B" w:rsidRPr="00680746" w:rsidRDefault="0081371B" w:rsidP="0081371B">
      <w:pPr>
        <w:pStyle w:val="Nagwek2"/>
        <w:rPr>
          <w:lang w:val="pl-PL"/>
        </w:rPr>
      </w:pPr>
      <w:r w:rsidRPr="00680746">
        <w:rPr>
          <w:lang w:val="pl-PL"/>
        </w:rPr>
        <w:t>Ocena 6 - celująca</w:t>
      </w:r>
    </w:p>
    <w:p w14:paraId="03B33986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pełny zakres wymagań na bardzo wysokim poziomie; działa swobodnie, płynnie, precyzyjnie i niemal bezbłędnie, łączy informacje i elastycznie stosuje urozmaicone środki językowe.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8327"/>
      </w:tblGrid>
      <w:tr w:rsidR="0081371B" w:rsidRPr="00680746" w14:paraId="7BFA3651" w14:textId="77777777" w:rsidTr="00F5229B">
        <w:trPr>
          <w:cantSplit/>
          <w:jc w:val="center"/>
        </w:trPr>
        <w:tc>
          <w:tcPr>
            <w:tcW w:w="1985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B28CE5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8327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D3DE0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3C9BD521" w14:textId="77777777" w:rsidTr="00F5229B">
        <w:trPr>
          <w:cantSplit/>
          <w:jc w:val="center"/>
        </w:trPr>
        <w:tc>
          <w:tcPr>
            <w:tcW w:w="1985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02B7F6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8583FF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Swobodnie, elastycznie i niemal bezbłędnie stosuje pełny zakres słownictwa i struktur Extended, także w nowych sytuacjach.</w:t>
            </w:r>
          </w:p>
        </w:tc>
      </w:tr>
      <w:tr w:rsidR="0081371B" w:rsidRPr="00680746" w14:paraId="09436ADE" w14:textId="77777777" w:rsidTr="00F5229B">
        <w:trPr>
          <w:cantSplit/>
          <w:jc w:val="center"/>
        </w:trPr>
        <w:tc>
          <w:tcPr>
            <w:tcW w:w="1985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4C355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A843F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Swobodnie, precyzyjnie i niemal bezbłędnie interpretuje główną myśl, kontekst, intencje i szczegóły, także gdy trzeba połączyć informacje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4B6EF0AE" w14:textId="77777777" w:rsidTr="00F5229B">
        <w:trPr>
          <w:cantSplit/>
          <w:jc w:val="center"/>
        </w:trPr>
        <w:tc>
          <w:tcPr>
            <w:tcW w:w="1985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6772D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AE1BD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Swobodnie, precyzyjnie i niemal bezbłędnie interpretuje główną myśl, kontekst i szczegóły oraz wyciąga proste wnioski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516AE4CC" w14:textId="77777777" w:rsidTr="00F5229B">
        <w:trPr>
          <w:cantSplit/>
          <w:jc w:val="center"/>
        </w:trPr>
        <w:tc>
          <w:tcPr>
            <w:tcW w:w="1985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141A80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4991C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Swobodnie, precyzyjnie i niemal bezbłędnie tworzy rozwiniętą wypowiedź, rozwija i uzasadnia myśli oraz elastycznie dobiera język: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wyborów..</w:t>
            </w:r>
          </w:p>
        </w:tc>
      </w:tr>
      <w:tr w:rsidR="0081371B" w:rsidRPr="00680746" w14:paraId="03D7ED1E" w14:textId="77777777" w:rsidTr="00F5229B">
        <w:trPr>
          <w:cantSplit/>
          <w:jc w:val="center"/>
        </w:trPr>
        <w:tc>
          <w:tcPr>
            <w:tcW w:w="1985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D84E0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3686A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Swobodnie, precyzyjnie i niemal bezbłędnie tworzy rozwinięty, spójny i adekwatny tekst, dobrze organizuje treść i stosuje urozmaicony język: e-mail o sobie, języku, którego uczeń się uczy, oraz sposobach uczenia się; wpis o tym, z kim i gdzie uczeń robi zakupy, co robi w sklepie i co kupuje; wpis na blogu o koleżance lub koledze, sposobach dbania o przyjaźń i wspólnych aktywnościach..</w:t>
            </w:r>
          </w:p>
        </w:tc>
      </w:tr>
      <w:tr w:rsidR="0081371B" w:rsidRPr="00680746" w14:paraId="65C8BF61" w14:textId="77777777" w:rsidTr="00F5229B">
        <w:trPr>
          <w:cantSplit/>
          <w:jc w:val="center"/>
        </w:trPr>
        <w:tc>
          <w:tcPr>
            <w:tcW w:w="1985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B03978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997275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Swobodnie, precyzyjnie i niemal bezbłędnie podtrzymuje rozmowę oraz tworzy rozwinięte reakcje pisemne, precyzyjnie przekazuje i uzasadnia informacje, dostosowując język do odbiorcy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propozycji..</w:t>
            </w:r>
          </w:p>
        </w:tc>
      </w:tr>
      <w:tr w:rsidR="0081371B" w:rsidRPr="00680746" w14:paraId="04B3C63F" w14:textId="77777777" w:rsidTr="00F5229B">
        <w:trPr>
          <w:cantSplit/>
          <w:jc w:val="center"/>
        </w:trPr>
        <w:tc>
          <w:tcPr>
            <w:tcW w:w="1985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62D40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6C66E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Swobodnie, precyzyjnie i niemal bezbłędnie łączy i przetwarza informacje z różnych źródeł, przekazuje je w odpowiedniej formie i współtworzy spójną wypowiedź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5F28A231" w14:textId="77777777" w:rsidTr="00F5229B">
        <w:trPr>
          <w:cantSplit/>
          <w:jc w:val="center"/>
        </w:trPr>
        <w:tc>
          <w:tcPr>
            <w:tcW w:w="1985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C8FFB4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068BA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04097D9B" w14:textId="77777777" w:rsidTr="00F5229B">
        <w:trPr>
          <w:cantSplit/>
          <w:jc w:val="center"/>
        </w:trPr>
        <w:tc>
          <w:tcPr>
            <w:tcW w:w="1985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E31CCD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lastRenderedPageBreak/>
              <w:t>Extended 2: Shops and services</w:t>
            </w:r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D4A6A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610C0568" w14:textId="77777777" w:rsidTr="00F5229B">
        <w:trPr>
          <w:cantSplit/>
          <w:jc w:val="center"/>
        </w:trPr>
        <w:tc>
          <w:tcPr>
            <w:tcW w:w="1985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B24543C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832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C0731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</w:tbl>
    <w:p w14:paraId="25384EA2" w14:textId="77777777" w:rsidR="0081371B" w:rsidRPr="00680746" w:rsidRDefault="0081371B" w:rsidP="0081371B">
      <w:pPr>
        <w:pStyle w:val="Nagwek2"/>
        <w:rPr>
          <w:lang w:val="pl-PL"/>
        </w:rPr>
      </w:pPr>
      <w:r w:rsidRPr="00680746">
        <w:rPr>
          <w:lang w:val="pl-PL"/>
        </w:rPr>
        <w:t>Ocena 5 - bardzo dobra</w:t>
      </w:r>
    </w:p>
    <w:p w14:paraId="7C2D6D3F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pełny zakres wymagań; samodzielnie, sprawnie i poprawnie wykonuje zadania, przekazuje wszystkie informacje i trafnie dobiera środki językowe.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8469"/>
      </w:tblGrid>
      <w:tr w:rsidR="0081371B" w:rsidRPr="00680746" w14:paraId="481E5B95" w14:textId="77777777" w:rsidTr="00F5229B">
        <w:trPr>
          <w:cantSplit/>
          <w:jc w:val="center"/>
        </w:trPr>
        <w:tc>
          <w:tcPr>
            <w:tcW w:w="1843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C50644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8E4CA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61BE2C45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AC4B94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DC4E8D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Samodzielnie i poprawnie stosuje pełny zakres słownictwa i struktur Extended oraz trafnie dobiera środki językowe do zadania.</w:t>
            </w:r>
          </w:p>
        </w:tc>
      </w:tr>
      <w:tr w:rsidR="0081371B" w:rsidRPr="00680746" w14:paraId="2B0B7D5B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7B543F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FDEA1E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Samodzielnie, sprawnie i poprawnie rozumie główną myśl, kontekst i informacje szczegółowe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25C9670C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D4DA95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D26DC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Samodzielnie, sprawnie i poprawnie rozumie główną myśl, kontekst i szczegółowe informacje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6ADEF627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82FA6C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CDCA84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Samodzielnie, sprawnie i poprawnie tworzy spójną i logiczną wypowiedź, opisuje, porównuje i uzasadnia wybory: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wyborów..</w:t>
            </w:r>
          </w:p>
        </w:tc>
      </w:tr>
      <w:tr w:rsidR="0081371B" w:rsidRPr="00680746" w14:paraId="738EE1A9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962BF6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211E2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Samodzielnie, sprawnie i poprawnie tworzy spójny i logiczny tekst, realizując wszystkie elementy polecenia: e-mail o sobie, języku, którego uczeń się uczy, oraz sposobach uczenia się; wpis o tym, z kim i gdzie uczeń robi zakupy, co robi w sklepie i co kupuje; wpis na blogu o koleżance lub koledze, sposobach dbania o przyjaźń i wspólnych aktywnościach..</w:t>
            </w:r>
          </w:p>
        </w:tc>
      </w:tr>
      <w:tr w:rsidR="0081371B" w:rsidRPr="00680746" w14:paraId="0A689AD5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73F745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E1FB0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Samodzielnie, sprawnie i poprawnie uzyskuje i przekazuje wszystkie informacje, wyraża i krótko uzasadnia opinię, preferencję lub propozycję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propozycji..</w:t>
            </w:r>
          </w:p>
        </w:tc>
      </w:tr>
      <w:tr w:rsidR="0081371B" w:rsidRPr="00680746" w14:paraId="049A2FA5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089BF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53601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Samodzielnie, sprawnie i poprawnie selekcjonuje i przekazuje informacje w języku angielskim lub polskim oraz aktywnie współtworzy wypowiedzi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3CA391E8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2285E3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77311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4E7E803C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21347D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E79CFE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16C856F6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60A4DF8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5E0A9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</w:tbl>
    <w:p w14:paraId="1EBCDFA1" w14:textId="77777777" w:rsidR="0081371B" w:rsidRPr="00680746" w:rsidRDefault="0081371B" w:rsidP="0081371B">
      <w:pPr>
        <w:pStyle w:val="Nagwek2"/>
        <w:rPr>
          <w:lang w:val="pl-PL"/>
        </w:rPr>
      </w:pPr>
      <w:r w:rsidRPr="00680746">
        <w:rPr>
          <w:lang w:val="pl-PL"/>
        </w:rPr>
        <w:lastRenderedPageBreak/>
        <w:t>Ocena 4 - dobra</w:t>
      </w:r>
    </w:p>
    <w:p w14:paraId="4EDBE92C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większość wymagań; na ogół samodzielnie i poprawnie wykonuje typowe zadania, przekazuje większość informacji, a nieliczne błędy nie zakłócają komunikacji.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8469"/>
      </w:tblGrid>
      <w:tr w:rsidR="0081371B" w:rsidRPr="00680746" w14:paraId="036E87B3" w14:textId="77777777" w:rsidTr="00F5229B">
        <w:trPr>
          <w:cantSplit/>
          <w:jc w:val="center"/>
        </w:trPr>
        <w:tc>
          <w:tcPr>
            <w:tcW w:w="1843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8D13F9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44333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433F85CA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589E17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B5BDC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Na ogół poprawnie stosuje większość słownictwa i struktur z pełnego zakresu Extended; nieliczne błędy zwykle nie zakłócają komunikacji.</w:t>
            </w:r>
          </w:p>
        </w:tc>
      </w:tr>
      <w:tr w:rsidR="0081371B" w:rsidRPr="00680746" w14:paraId="7DFF4DC9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FC7D2E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5B560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Na ogół samodzielnie i poprawnie rozumie główną myśl i odnajduje większość wymaganych informacji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17A4FC89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5807A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2AD11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Na ogół samodzielnie i poprawnie rozumie główną myśl i kontekst oraz odnajduje większość informacji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2B6C2A31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78D3A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5DB81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Na ogół samodzielnie i poprawnie tworzy krótką, na ogół spójną wypowiedź i przekazuje większość informacji: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wyborów..</w:t>
            </w:r>
          </w:p>
        </w:tc>
      </w:tr>
      <w:tr w:rsidR="0081371B" w:rsidRPr="00680746" w14:paraId="60A010DF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9B597D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C4F96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Na ogół samodzielnie i poprawnie tworzy krótki, na ogół spójny tekst i uwzględnia większość informacji: e-mail o sobie, języku, którego uczeń się uczy, oraz sposobach uczenia się; wpis o tym, z kim i gdzie uczeń robi zakupy, co robi w sklepie i co kupuje; wpis na blogu o koleżance lub koledze, sposobach dbania o przyjaźń i wspólnych aktywnościach..</w:t>
            </w:r>
          </w:p>
        </w:tc>
      </w:tr>
      <w:tr w:rsidR="0081371B" w:rsidRPr="00680746" w14:paraId="668D8DC3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7B426E8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4581B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Na ogół samodzielnie i poprawnie uczestniczy w prostej rozmowie i tworzy krótką, adekwatną reakcję pisemną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propozycji..</w:t>
            </w:r>
          </w:p>
        </w:tc>
      </w:tr>
      <w:tr w:rsidR="0081371B" w:rsidRPr="00680746" w14:paraId="2020A77B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84549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AE347D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Na ogół samodzielnie i poprawnie przekazuje najważniejsze informacje i uczestniczy we współtworzeniu wypowiedzi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3836E6F5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C5EE21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4D36A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54C5FECB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471E9F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6E768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78775A40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CCA536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EADEF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</w:tbl>
    <w:p w14:paraId="15CE4AE1" w14:textId="77777777" w:rsidR="0081371B" w:rsidRPr="00680746" w:rsidRDefault="0081371B" w:rsidP="0081371B">
      <w:pPr>
        <w:rPr>
          <w:lang w:val="pl-PL"/>
        </w:rPr>
      </w:pPr>
    </w:p>
    <w:p w14:paraId="261B5682" w14:textId="77777777" w:rsidR="0081371B" w:rsidRPr="00336130" w:rsidRDefault="0081371B" w:rsidP="0081371B">
      <w:pPr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336130">
        <w:rPr>
          <w:rFonts w:asciiTheme="majorHAnsi" w:hAnsiTheme="majorHAnsi" w:cstheme="majorHAnsi"/>
          <w:b/>
          <w:bCs/>
          <w:sz w:val="24"/>
          <w:szCs w:val="24"/>
          <w:lang w:val="pl-PL"/>
        </w:rPr>
        <w:t>Ocena 3 - dostateczna</w:t>
      </w:r>
    </w:p>
    <w:p w14:paraId="01D2789F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podstawową część wymagań; wykonuje proste zadania według wzoru lub z pomocą, przekazuje część wymaganych informacji, a błędy czasami zakłócają komunikację.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8469"/>
      </w:tblGrid>
      <w:tr w:rsidR="0081371B" w:rsidRPr="00680746" w14:paraId="58F7E25A" w14:textId="77777777" w:rsidTr="00F5229B">
        <w:trPr>
          <w:cantSplit/>
          <w:jc w:val="center"/>
        </w:trPr>
        <w:tc>
          <w:tcPr>
            <w:tcW w:w="1843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6A1281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548ED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24BB73C4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B3879D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66619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Częściowo zna słownictwo i struktury z pełnego zakresu Extended oraz stosuje je w prostych zdaniach według wzoru, popełniając błędy.</w:t>
            </w:r>
          </w:p>
        </w:tc>
      </w:tr>
      <w:tr w:rsidR="0081371B" w:rsidRPr="00680746" w14:paraId="03463F06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54F4B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3D6B3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Według wzoru lub z pomocą rozumie temat prostych nagrań i odnajduje niektóre informacje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043DB353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EC8533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lastRenderedPageBreak/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BEBBF6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Według wzoru lub z pomocą rozumie temat i część głównej myśli oraz odnajduje niektóre informacje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5014B61E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151A4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9E905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Według wzoru lub z pomocą tworzy kilka prostych zdań: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wyborów..</w:t>
            </w:r>
          </w:p>
        </w:tc>
      </w:tr>
      <w:tr w:rsidR="0081371B" w:rsidRPr="00680746" w14:paraId="659BAE73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9B8C8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B6B7CB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Według wzoru lub z pomocą tworzy bardzo krótki tekst i uwzględnia część informacji: e-mail o sobie, języku, którego uczeń się uczy, oraz sposobach uczenia się; wpis o tym, z kim i gdzie uczeń robi zakupy, co robi w sklepie i co kupuje; wpis na blogu o koleżance lub koledze, sposobach dbania o przyjaźń i wspólnych aktywnościach..</w:t>
            </w:r>
          </w:p>
        </w:tc>
      </w:tr>
      <w:tr w:rsidR="0081371B" w:rsidRPr="00680746" w14:paraId="772FBBC0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080604C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7FB1A6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Według wzoru lub z pomocą odpowiada na proste pytania i według wzoru reaguje pisemnie, przekazując część informacji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propozycji..</w:t>
            </w:r>
          </w:p>
        </w:tc>
      </w:tr>
      <w:tr w:rsidR="0081371B" w:rsidRPr="00680746" w14:paraId="2B976A4B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429DB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A9AE7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Według wzoru lub z pomocą przekazuje część podstawowych informacji, korzystając ze wzoru i wsparcia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0F37375D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D58F58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E9037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008CDC8A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53AEAB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60C5B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5B03F501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F54751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BDB634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</w:tbl>
    <w:p w14:paraId="41DB1AFA" w14:textId="77777777" w:rsidR="0081371B" w:rsidRPr="00680746" w:rsidRDefault="0081371B" w:rsidP="0081371B">
      <w:pPr>
        <w:rPr>
          <w:lang w:val="pl-PL"/>
        </w:rPr>
      </w:pPr>
    </w:p>
    <w:p w14:paraId="0DA6CD14" w14:textId="77777777" w:rsidR="0081371B" w:rsidRPr="00336130" w:rsidRDefault="0081371B" w:rsidP="0081371B">
      <w:pPr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336130">
        <w:rPr>
          <w:rFonts w:asciiTheme="majorHAnsi" w:hAnsiTheme="majorHAnsi" w:cstheme="majorHAnsi"/>
          <w:b/>
          <w:bCs/>
          <w:sz w:val="24"/>
          <w:szCs w:val="24"/>
          <w:lang w:val="pl-PL"/>
        </w:rPr>
        <w:t>Ocena 2 - dopuszczająca</w:t>
      </w:r>
    </w:p>
    <w:p w14:paraId="53162D17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wymagania w bardzo ograniczonym zakresie; przy znacznym wsparciu rozpoznaje pojedyncze informacje i wykonuje nieliczne, najprostsze zadania, a liczne błędy utrudniają komunikację.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8469"/>
      </w:tblGrid>
      <w:tr w:rsidR="0081371B" w:rsidRPr="00680746" w14:paraId="78C029F5" w14:textId="77777777" w:rsidTr="00F5229B">
        <w:trPr>
          <w:cantSplit/>
          <w:jc w:val="center"/>
        </w:trPr>
        <w:tc>
          <w:tcPr>
            <w:tcW w:w="1843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4CCA75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3D9D1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15B61087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169B74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156B04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Rozpoznaje pojedyncze elementy słownictwa i struktur z pełnego zakresu Extended, lecz stosuje je z dużą trudnością i licznymi błędami.</w:t>
            </w:r>
          </w:p>
        </w:tc>
      </w:tr>
      <w:tr w:rsidR="0081371B" w:rsidRPr="00680746" w14:paraId="76F60893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A4D85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0D795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Przy znacznym wsparciu i z licznymi błędami rozpoznaje pojedyncze słowa i informacje w prostych nagraniach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7B030CB9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7B3F227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5D9AA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Przy znacznym wsparciu i z licznymi błędami rozpoznaje pojedyncze wyrazy i informacje w prostych tekstach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0D793590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F0C126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2B341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Przy znacznym wsparciu i z licznymi błędami podaje pojedyncze słowa lub krótkie informacje: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wyborów..</w:t>
            </w:r>
          </w:p>
        </w:tc>
      </w:tr>
      <w:tr w:rsidR="0081371B" w:rsidRPr="00680746" w14:paraId="08494654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08906D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99B1DD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Przy znacznym wsparciu i z licznymi błędami zapisuje pojedyncze informacje, lecz nie realizuje większości elementów zadania: e-mail o sobie, języku, którego uczeń się uczy, oraz sposobach uczenia się; wpis o tym, z kim i gdzie uczeń robi zakupy, co robi w sklepie i co kupuje; wpis na blogu o koleżance lub koledze, sposobach dbania o przyjaźń i wspólnych aktywnościach..</w:t>
            </w:r>
          </w:p>
        </w:tc>
      </w:tr>
      <w:tr w:rsidR="0081371B" w:rsidRPr="00680746" w14:paraId="6BC1988B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1BAC39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lastRenderedPageBreak/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AB114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Przy znacznym wsparciu i z licznymi błędami odpowiada pojedynczymi słowami i tworzy niepełne reakcje pisemne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propozycji..</w:t>
            </w:r>
          </w:p>
        </w:tc>
      </w:tr>
      <w:tr w:rsidR="0081371B" w:rsidRPr="00680746" w14:paraId="215D1B1F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05F39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5F0C05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Przy znacznym wsparciu i z licznymi błędami przekazuje pojedyncze informacje z prostych materiałów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676DED43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E63F0B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0D471D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5A4ED307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341959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BD6EC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6E7A05D1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02A97C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2CA9C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</w:tbl>
    <w:p w14:paraId="5A3E0A8D" w14:textId="77777777" w:rsidR="0081371B" w:rsidRPr="00680746" w:rsidRDefault="0081371B" w:rsidP="0081371B">
      <w:pPr>
        <w:rPr>
          <w:lang w:val="pl-PL"/>
        </w:rPr>
      </w:pPr>
    </w:p>
    <w:p w14:paraId="1927A528" w14:textId="77777777" w:rsidR="0081371B" w:rsidRPr="00680746" w:rsidRDefault="0081371B" w:rsidP="0081371B">
      <w:pPr>
        <w:pStyle w:val="Nagwek2"/>
        <w:rPr>
          <w:lang w:val="pl-PL"/>
        </w:rPr>
      </w:pPr>
      <w:r w:rsidRPr="00680746">
        <w:rPr>
          <w:lang w:val="pl-PL"/>
        </w:rPr>
        <w:t>Ocena 1 - niedostateczna</w:t>
      </w:r>
    </w:p>
    <w:p w14:paraId="20F7B285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 xml:space="preserve">nie opanował wymagań koniecznych; nawet przy znacznym wsparciu nie wykonuje zadań lub popełnia błędy uniemożliwiające komunikację.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8469"/>
      </w:tblGrid>
      <w:tr w:rsidR="0081371B" w:rsidRPr="00680746" w14:paraId="0FB7D49D" w14:textId="77777777" w:rsidTr="00F5229B">
        <w:trPr>
          <w:cantSplit/>
          <w:jc w:val="center"/>
        </w:trPr>
        <w:tc>
          <w:tcPr>
            <w:tcW w:w="1843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885AA0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8469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09A2C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6644F369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6456B7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5F6F7E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Nie rozpoznaje i nie stosuje słownictwa ani struktur z pełnego zakresu Extended, nawet przy znacznym wsparciu.</w:t>
            </w:r>
          </w:p>
        </w:tc>
      </w:tr>
      <w:tr w:rsidR="0081371B" w:rsidRPr="00680746" w14:paraId="03227337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3AFDA6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21C8D5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Nie potrafi rozumieć ogólnego sensu bardzo prostych nagrań ani odnajdywać podstawowych informacji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782E44EA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AAC4A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47BD1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Nie potrafi rozumieć ogólnego sensu bardzo prostych tekstów ani odnajdywać podstawowych informacji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3C0B2D10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16C73C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EE616F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Nie potrafi przekazać nawet bardzo prostej informacji ustnej: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wyborów..</w:t>
            </w:r>
          </w:p>
        </w:tc>
      </w:tr>
      <w:tr w:rsidR="0081371B" w:rsidRPr="00680746" w14:paraId="1602ED36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CC8EE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93612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Nie potrafi zapisać nawet bardzo prostej informacji, również na podstawie wzoru: e-mail o sobie, języku, którego uczeń się uczy, oraz sposobach uczenia się; wpis o tym, z kim i gdzie uczeń robi zakupy, co robi w sklepie i co kupuje; wpis na blogu o koleżance lub koledze, sposobach dbania o przyjaźń i wspólnych aktywnościach..</w:t>
            </w:r>
          </w:p>
        </w:tc>
      </w:tr>
      <w:tr w:rsidR="0081371B" w:rsidRPr="00680746" w14:paraId="5673F1C6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52F482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7AC21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Nie potrafi reagować na bardzo proste pytania i komunikaty ani udzielić prostej odpowiedzi pisemnej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propozycji..</w:t>
            </w:r>
          </w:p>
        </w:tc>
      </w:tr>
      <w:tr w:rsidR="0081371B" w:rsidRPr="00680746" w14:paraId="6E65FBBB" w14:textId="77777777" w:rsidTr="00F5229B">
        <w:trPr>
          <w:cantSplit/>
          <w:jc w:val="center"/>
        </w:trPr>
        <w:tc>
          <w:tcPr>
            <w:tcW w:w="1843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0F0C7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5E6C1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Nie potrafi przekazać podstawowych informacji z tekstu, nagrania, tabeli lub ilustracji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relacje..</w:t>
            </w:r>
          </w:p>
        </w:tc>
      </w:tr>
      <w:tr w:rsidR="0081371B" w:rsidRPr="00680746" w14:paraId="47710D3E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77306A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89398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6B5D634D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715E082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lastRenderedPageBreak/>
              <w:t>Extended 2: Shops and services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52C506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6C707402" w14:textId="77777777" w:rsidTr="00F5229B">
        <w:trPr>
          <w:cantSplit/>
          <w:jc w:val="center"/>
        </w:trPr>
        <w:tc>
          <w:tcPr>
            <w:tcW w:w="1843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B75F01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84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C4A81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</w:tbl>
    <w:p w14:paraId="311F56C8" w14:textId="4302768E" w:rsidR="0081371B" w:rsidRPr="0081371B" w:rsidRDefault="0081371B" w:rsidP="0081371B">
      <w:pPr>
        <w:pStyle w:val="Nagwek1"/>
        <w:rPr>
          <w:lang w:val="pl-PL"/>
        </w:rPr>
      </w:pPr>
      <w:r w:rsidRPr="0081371B">
        <w:rPr>
          <w:lang w:val="pl-PL"/>
        </w:rPr>
        <w:t xml:space="preserve">WYMAGANIA ROCZNE </w:t>
      </w:r>
    </w:p>
    <w:p w14:paraId="1A50F96C" w14:textId="77777777" w:rsidR="0081371B" w:rsidRDefault="0081371B" w:rsidP="0081371B">
      <w:pPr>
        <w:rPr>
          <w:lang w:val="pl-PL"/>
        </w:rPr>
      </w:pPr>
      <w:proofErr w:type="spellStart"/>
      <w:r>
        <w:rPr>
          <w:b/>
        </w:rPr>
        <w:t>Zakres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klasyfikacji</w:t>
      </w:r>
      <w:proofErr w:type="spellEnd"/>
      <w:r>
        <w:rPr>
          <w:b/>
        </w:rPr>
        <w:t xml:space="preserve">: </w:t>
      </w:r>
      <w:r>
        <w:t xml:space="preserve">Extended Curriculum 1: Lifelong learning; Extended Curriculum 2: Shops and services; Extended Curriculum 3: Relationships with people; Extended Curriculum 4: Inventions; Extended Curriculum 5: Media; Extended Curriculum 6: Near my house. </w:t>
      </w:r>
      <w:r w:rsidRPr="00680746">
        <w:rPr>
          <w:lang w:val="pl-PL"/>
        </w:rPr>
        <w:t xml:space="preserve">Wymagania roczne są kumulatywne i obejmują wszystkie treści </w:t>
      </w:r>
      <w:proofErr w:type="spellStart"/>
      <w:r w:rsidRPr="00680746">
        <w:rPr>
          <w:lang w:val="pl-PL"/>
        </w:rPr>
        <w:t>Stay</w:t>
      </w:r>
      <w:proofErr w:type="spellEnd"/>
      <w:r w:rsidRPr="00680746">
        <w:rPr>
          <w:lang w:val="pl-PL"/>
        </w:rPr>
        <w:t xml:space="preserve"> </w:t>
      </w:r>
      <w:proofErr w:type="spellStart"/>
      <w:r w:rsidRPr="00680746">
        <w:rPr>
          <w:lang w:val="pl-PL"/>
        </w:rPr>
        <w:t>Brainy</w:t>
      </w:r>
      <w:proofErr w:type="spellEnd"/>
      <w:r w:rsidRPr="00680746">
        <w:rPr>
          <w:lang w:val="pl-PL"/>
        </w:rPr>
        <w:t>! Extended realizowane w ciągu roku szkolnego.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8185"/>
      </w:tblGrid>
      <w:tr w:rsidR="0081371B" w:rsidRPr="00680746" w14:paraId="438247A1" w14:textId="77777777" w:rsidTr="00F5229B">
        <w:trPr>
          <w:cantSplit/>
          <w:jc w:val="center"/>
        </w:trPr>
        <w:tc>
          <w:tcPr>
            <w:tcW w:w="2127" w:type="dxa"/>
            <w:shd w:val="clear" w:color="auto" w:fill="002060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7D51A4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Zakres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tematyczny</w:t>
            </w:r>
            <w:proofErr w:type="spellEnd"/>
          </w:p>
        </w:tc>
        <w:tc>
          <w:tcPr>
            <w:tcW w:w="8185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B1DD4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uczenie się przez całe życie; sposoby i strategie uczenia się; plany i trudności w nauce; języki obce; zakupy; sklepy i usługi; zwyczaje zakupowe; ceny; zwroty produktów; zamawianie jedzenia; relacje z rodziną, przyjaciółmi i innymi osobami; znaczenie przyjaźni; zachowania wspierające dobre relacje; wspólne aktywności; wynalazki; młodzi wynalazcy; umiejętności twórcze; kluby i projekty wynalazcze; media; nawyki medialne; częstotliwość korzystania z mediów; aktywności online; równowaga cyfrowa; zajęcia pozaszkolne; najbliższe otoczenie domu; ogród i jego elementy; czynności oraz możliwości spędzania czasu w ogrodzie i okolicy.</w:t>
            </w:r>
          </w:p>
        </w:tc>
      </w:tr>
      <w:tr w:rsidR="0081371B" w14:paraId="4C28A539" w14:textId="77777777" w:rsidTr="00F5229B">
        <w:trPr>
          <w:cantSplit/>
          <w:jc w:val="center"/>
        </w:trPr>
        <w:tc>
          <w:tcPr>
            <w:tcW w:w="2127" w:type="dxa"/>
            <w:shd w:val="clear" w:color="auto" w:fill="002060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02C1B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Środki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językowe</w:t>
            </w:r>
            <w:proofErr w:type="spellEnd"/>
          </w:p>
        </w:tc>
        <w:tc>
          <w:tcPr>
            <w:tcW w:w="8185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CEFF66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sz w:val="16"/>
              </w:rPr>
              <w:t>nazwy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uczeniem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całe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życie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sposobami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trudnościami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nauce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zakupami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sklepami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usługami</w:t>
            </w:r>
            <w:proofErr w:type="spellEnd"/>
            <w:r>
              <w:rPr>
                <w:sz w:val="16"/>
              </w:rPr>
              <w:t xml:space="preserve">, m.in. ask a shop assistant, take a shopping bag, order food; </w:t>
            </w:r>
            <w:proofErr w:type="spellStart"/>
            <w:r>
              <w:rPr>
                <w:sz w:val="16"/>
              </w:rPr>
              <w:t>konstrukcja</w:t>
            </w:r>
            <w:proofErr w:type="spellEnd"/>
            <w:r>
              <w:rPr>
                <w:sz w:val="16"/>
              </w:rPr>
              <w:t xml:space="preserve"> too + adjective, m.in. too big, too expensive, too long, too shy;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relacjami</w:t>
            </w:r>
            <w:proofErr w:type="spellEnd"/>
            <w:r>
              <w:rPr>
                <w:sz w:val="16"/>
              </w:rPr>
              <w:t xml:space="preserve">, m.in. help others, smile at people, share things, work in a team, make friends, say sorry, spend time together; </w:t>
            </w:r>
            <w:proofErr w:type="spellStart"/>
            <w:r>
              <w:rPr>
                <w:sz w:val="16"/>
              </w:rPr>
              <w:t>połączenia</w:t>
            </w:r>
            <w:proofErr w:type="spellEnd"/>
            <w:r>
              <w:rPr>
                <w:sz w:val="16"/>
              </w:rPr>
              <w:t xml:space="preserve"> care about, smile at, join in;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, m.in. invent a device, be creative, build a robot, construct a building; can/can’t; </w:t>
            </w:r>
            <w:proofErr w:type="spellStart"/>
            <w:r>
              <w:rPr>
                <w:sz w:val="16"/>
              </w:rPr>
              <w:t>przymiotniki</w:t>
            </w:r>
            <w:proofErr w:type="spellEnd"/>
            <w:r>
              <w:rPr>
                <w:sz w:val="16"/>
              </w:rPr>
              <w:t xml:space="preserve"> creative, modern, simple, useful;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, m.in. watch a TV </w:t>
            </w:r>
            <w:proofErr w:type="spellStart"/>
            <w:r>
              <w:rPr>
                <w:sz w:val="16"/>
              </w:rPr>
              <w:t>programme</w:t>
            </w:r>
            <w:proofErr w:type="spellEnd"/>
            <w:r>
              <w:rPr>
                <w:sz w:val="16"/>
              </w:rPr>
              <w:t xml:space="preserve">, read the news, turn on the radio; </w:t>
            </w:r>
            <w:proofErr w:type="spellStart"/>
            <w:r>
              <w:rPr>
                <w:sz w:val="16"/>
              </w:rPr>
              <w:t>przysłówki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częstotliwości</w:t>
            </w:r>
            <w:proofErr w:type="spellEnd"/>
            <w:r>
              <w:rPr>
                <w:sz w:val="16"/>
              </w:rPr>
              <w:t>; like / don’t like + forma -</w:t>
            </w:r>
            <w:proofErr w:type="spellStart"/>
            <w:r>
              <w:rPr>
                <w:sz w:val="16"/>
              </w:rPr>
              <w:t>ing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, m.in. apple tree, bench, birdhouse, fence, gate; there is / there are; can; want to; </w:t>
            </w:r>
            <w:proofErr w:type="spellStart"/>
            <w:r>
              <w:rPr>
                <w:sz w:val="16"/>
              </w:rPr>
              <w:t>przymiotniki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colourful</w:t>
            </w:r>
            <w:proofErr w:type="spellEnd"/>
            <w:r>
              <w:rPr>
                <w:sz w:val="16"/>
              </w:rPr>
              <w:t>, comfortable, fresh, tiny.</w:t>
            </w:r>
          </w:p>
        </w:tc>
      </w:tr>
    </w:tbl>
    <w:p w14:paraId="4E576C40" w14:textId="77777777" w:rsidR="0081371B" w:rsidRPr="00336130" w:rsidRDefault="0081371B" w:rsidP="0081371B"/>
    <w:p w14:paraId="0AE0A659" w14:textId="77777777" w:rsidR="0081371B" w:rsidRPr="00680746" w:rsidRDefault="0081371B" w:rsidP="0081371B">
      <w:pPr>
        <w:pStyle w:val="Nagwek2"/>
        <w:rPr>
          <w:lang w:val="pl-PL"/>
        </w:rPr>
      </w:pPr>
      <w:r w:rsidRPr="0081371B">
        <w:rPr>
          <w:lang w:val="pl-PL"/>
        </w:rPr>
        <w:br w:type="page"/>
      </w:r>
      <w:r w:rsidRPr="00680746">
        <w:rPr>
          <w:lang w:val="pl-PL"/>
        </w:rPr>
        <w:lastRenderedPageBreak/>
        <w:t>Ocena 6 - celująca</w:t>
      </w:r>
    </w:p>
    <w:p w14:paraId="675A68AA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pełny zakres wymagań na bardzo wysokim poziomie; działa swobodnie, płynnie, precyzyjnie i niemal bezbłędnie, łączy informacje i elastycznie stosuje urozmaicone środki językowe.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9036"/>
      </w:tblGrid>
      <w:tr w:rsidR="0081371B" w:rsidRPr="00680746" w14:paraId="693A2843" w14:textId="77777777" w:rsidTr="00F5229B">
        <w:trPr>
          <w:cantSplit/>
          <w:jc w:val="center"/>
        </w:trPr>
        <w:tc>
          <w:tcPr>
            <w:tcW w:w="1276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6E34C7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9036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EB62CD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6AC5AE49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72791B7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0E119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Swobodnie, elastycznie i niemal bezbłędnie stosuje pełny zakres słownictwa i struktur Extended, także w nowych sytuacjach.</w:t>
            </w:r>
          </w:p>
        </w:tc>
      </w:tr>
      <w:tr w:rsidR="0081371B" w:rsidRPr="00680746" w14:paraId="0903E3AA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BC1DF5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D6082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Swobodnie, precyzyjnie i niemal bezbłędnie interpretuje główną myśl, kontekst, intencje i szczegóły, także gdy trzeba połączyć informacje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053EC4F6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41B145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3A8CF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Swobodnie, precyzyjnie i niemal bezbłędnie interpretuje główną myśl, kontekst i szczegóły oraz wyciąga proste wnioski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204CF42A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16D421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D4C9C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Swobodnie, precyzyjnie i niemal bezbłędnie tworzy rozwiniętą wypowiedź, rozwija i uzasadnia myśli oraz elastycznie dobiera język: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wyborów; wypowiedź o wynalazkach i umiejętnościach twórczych, obejmująca opis, porównanie i uzasadnienie wyborów; wypowiedź o mediach, nawykach medialnych i równowadze cyfrowej, obejmująca opis, porównanie i uzasadnienie wyborów; wypowiedź o najbliższym otoczeniu domu i ogrodzie, obejmująca opis, porównanie i uzasadnienie wyborów..</w:t>
            </w:r>
          </w:p>
        </w:tc>
      </w:tr>
      <w:tr w:rsidR="0081371B" w:rsidRPr="00680746" w14:paraId="434C21E3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3FBD2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498A5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Swobodnie, precyzyjnie i niemal bezbłędnie tworzy rozwinięty, spójny i adekwatny tekst, dobrze organizuje treść i stosuje urozmaicony język: e-mail o sobie, języku, którego uczeń się uczy, oraz sposobach uczenia się; wpis o tym, z kim i gdzie uczeń robi zakupy, co robi w sklepie i co kupuje; wpis na blogu o koleżance lub koledze, sposobach dbania o przyjaźń i wspólnych aktywnościach; ogłoszenie klubu młodych wynalazców z informacją o miejscu, czasie spotkań i rozwijanych umiejętnościach; ogłoszenie klubu medialnego z informacją o adresatach, aktywnościach, miejscu i czasie spotkań; e-mail z zaproszeniem do domu, opisem okolicy oraz propozycją wspólnej aktywności..</w:t>
            </w:r>
          </w:p>
        </w:tc>
      </w:tr>
      <w:tr w:rsidR="0081371B" w:rsidRPr="00680746" w14:paraId="641EC2CE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BCE0F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10872E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Swobodnie, precyzyjnie i niemal bezbłędnie podtrzymuje rozmowę oraz tworzy rozwinięte reakcje pisemne, precyzyjnie przekazuje i uzasadnia informacje, dostosowując język do odbiorcy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propozycji; rozmowa i reakcja pisemna dotycząca wynalazków, umiejętności, opinii, preferencji i propozycji; rozmowa i reakcja pisemna dotycząca mediów, aktywności online, opinii, preferencji i propozycji; rozmowa i reakcja pisemna dotycząca najbliższego otoczenia domu, opinii, preferencji i propozycji..</w:t>
            </w:r>
          </w:p>
        </w:tc>
      </w:tr>
      <w:tr w:rsidR="0081371B" w:rsidRPr="00680746" w14:paraId="6AA0211A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24438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3FAB6D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Swobodnie, precyzyjnie i niemal bezbłędnie łączy i przetwarza informacje z różnych źródeł, przekazuje je w odpowiedniej formie i współtworzy spójną wypowiedź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438CB91D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22DE9B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C292F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77135FF2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8A66DE6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3D2BFC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35BEE6F5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54CB76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0E5424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  <w:tr w:rsidR="0081371B" w:rsidRPr="00680746" w14:paraId="494253DF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7AF24D6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lastRenderedPageBreak/>
              <w:t>Extended 4: Inventions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250BC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wynalazki; młodzi wynalazcy; umiejętności twórcze; kluby i projekty wynalazcze. Oczekiwane działania: wypowiedź o wynalazkach i umiejętnościach twórczych, obejmująca opis, porównanie i uzasadnienie wyborów; ogłoszenie klubu młodych wynalazców z informacją o miejscu, czasie spotkań i rozwijanych umiejętnościach; rozmowa i reakcja pisemna dotycząca wynalazków, umiejętności, opinii, preferencji i propozycji.</w:t>
            </w:r>
          </w:p>
        </w:tc>
      </w:tr>
      <w:tr w:rsidR="0081371B" w:rsidRPr="00680746" w14:paraId="3A7FABE5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09865C9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5: Media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85865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media; nawyki medialne; częstotliwość korzystania z mediów; aktywności online; równowaga cyfrowa; zajęcia pozaszkolne. Oczekiwane działania: wypowiedź o mediach, nawykach medialnych i równowadze cyfrowej, obejmująca opis, porównanie i uzasadnienie wyborów; ogłoszenie klubu medialnego z informacją o adresatach, aktywnościach, miejscu i czasie spotkań; rozmowa i reakcja pisemna dotycząca mediów, aktywności online, opinii, preferencji i propozycji.</w:t>
            </w:r>
          </w:p>
        </w:tc>
      </w:tr>
      <w:tr w:rsidR="0081371B" w:rsidRPr="00680746" w14:paraId="697CBA67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F2466F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6: Near my house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F84ECC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najbliższe otoczenie domu; ogród i jego elementy; czynności oraz możliwości spędzania czasu w ogrodzie i okolicy. Oczekiwane działania: wypowiedź o najbliższym otoczeniu domu i ogrodzie, obejmująca opis, porównanie i uzasadnienie wyborów; e-mail z zaproszeniem do domu, opisem okolicy oraz propozycją wspólnej aktywności; rozmowa i reakcja pisemna dotycząca najbliższego otoczenia domu, opinii, preferencji i propozycji.</w:t>
            </w:r>
          </w:p>
        </w:tc>
      </w:tr>
    </w:tbl>
    <w:p w14:paraId="7107E405" w14:textId="77777777" w:rsidR="0081371B" w:rsidRPr="00680746" w:rsidRDefault="0081371B" w:rsidP="0081371B">
      <w:pPr>
        <w:pStyle w:val="Nagwek2"/>
        <w:rPr>
          <w:lang w:val="pl-PL"/>
        </w:rPr>
      </w:pPr>
      <w:r w:rsidRPr="00680746">
        <w:rPr>
          <w:lang w:val="pl-PL"/>
        </w:rPr>
        <w:t>Ocena 5 - bardzo dobra</w:t>
      </w:r>
    </w:p>
    <w:p w14:paraId="56C39584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pełny zakres wymagań; samodzielnie, sprawnie i poprawnie wykonuje zadania, przekazuje wszystkie informacje i trafnie dobiera środki językowe.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9036"/>
      </w:tblGrid>
      <w:tr w:rsidR="0081371B" w:rsidRPr="00680746" w14:paraId="3FFEB5A5" w14:textId="77777777" w:rsidTr="00F5229B">
        <w:trPr>
          <w:cantSplit/>
          <w:jc w:val="center"/>
        </w:trPr>
        <w:tc>
          <w:tcPr>
            <w:tcW w:w="1276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4BD2F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9036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E99B7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44153C9F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8B4D70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269B0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Samodzielnie i poprawnie stosuje pełny zakres słownictwa i struktur Extended oraz trafnie dobiera środki językowe do zadania.</w:t>
            </w:r>
          </w:p>
        </w:tc>
      </w:tr>
      <w:tr w:rsidR="0081371B" w:rsidRPr="00680746" w14:paraId="5666B567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C36FA2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9E8BD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Samodzielnie, sprawnie i poprawnie rozumie główną myśl, kontekst i informacje szczegółowe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7F782E38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4A2083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CE113D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Samodzielnie, sprawnie i poprawnie rozumie główną myśl, kontekst i szczegółowe informacje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33F26B31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920B1C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C1193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Samodzielnie, sprawnie i poprawnie tworzy spójną i logiczną wypowiedź, opisuje, porównuje i uzasadnia wybory: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wyborów; wypowiedź o wynalazkach i umiejętnościach twórczych, obejmująca opis, porównanie i uzasadnienie wyborów; wypowiedź o mediach, nawykach medialnych i równowadze cyfrowej, obejmująca opis, porównanie i uzasadnienie wyborów; wypowiedź o najbliższym otoczeniu domu i ogrodzie, obejmująca opis, porównanie i uzasadnienie wyborów..</w:t>
            </w:r>
          </w:p>
        </w:tc>
      </w:tr>
      <w:tr w:rsidR="0081371B" w:rsidRPr="00680746" w14:paraId="4B9C5968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070074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A9513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Samodzielnie, sprawnie i poprawnie tworzy spójny i logiczny tekst, realizując wszystkie elementy polecenia: e-mail o sobie, języku, którego uczeń się uczy, oraz sposobach uczenia się; wpis o tym, z kim i gdzie uczeń robi zakupy, co robi w sklepie i co kupuje; wpis na blogu o koleżance lub koledze, sposobach dbania o przyjaźń i wspólnych aktywnościach; ogłoszenie klubu młodych wynalazców z informacją o miejscu, czasie spotkań i rozwijanych umiejętnościach; ogłoszenie klubu medialnego z informacją o adresatach, aktywnościach, miejscu i czasie spotkań; e-mail z zaproszeniem do domu, opisem okolicy oraz propozycją wspólnej aktywności..</w:t>
            </w:r>
          </w:p>
        </w:tc>
      </w:tr>
      <w:tr w:rsidR="0081371B" w:rsidRPr="00680746" w14:paraId="35E6F973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1EC2B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21FCA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Samodzielnie, sprawnie i poprawnie uzyskuje i przekazuje wszystkie informacje, wyraża i krótko uzasadnia opinię, preferencję lub propozycję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propozycji; rozmowa i reakcja pisemna dotycząca wynalazków, umiejętności, opinii, preferencji i propozycji; rozmowa i reakcja pisemna dotycząca mediów, aktywności online, opinii, preferencji i propozycji; rozmowa i reakcja pisemna dotycząca najbliższego otoczenia domu, opinii, preferencji i propozycji..</w:t>
            </w:r>
          </w:p>
        </w:tc>
      </w:tr>
      <w:tr w:rsidR="0081371B" w:rsidRPr="00680746" w14:paraId="2B5237B2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FC75A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lastRenderedPageBreak/>
              <w:t>Przetwarzanie ustne i pisemne tekstu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839C54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Samodzielnie, sprawnie i poprawnie selekcjonuje i przekazuje informacje w języku angielskim lub polskim oraz aktywnie współtworzy wypowiedzi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0117C3E2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2F67A8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A8502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3D4F7636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C2752B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15B1B6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6E3CAA5F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C76C4BE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667FA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  <w:tr w:rsidR="0081371B" w:rsidRPr="00680746" w14:paraId="0D1D7093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60E3E4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4: Inventions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13728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wynalazki; młodzi wynalazcy; umiejętności twórcze; kluby i projekty wynalazcze. Oczekiwane działania: wypowiedź o wynalazkach i umiejętnościach twórczych, obejmująca opis, porównanie i uzasadnienie wyborów; ogłoszenie klubu młodych wynalazców z informacją o miejscu, czasie spotkań i rozwijanych umiejętnościach; rozmowa i reakcja pisemna dotycząca wynalazków, umiejętności, opinii, preferencji i propozycji.</w:t>
            </w:r>
          </w:p>
        </w:tc>
      </w:tr>
      <w:tr w:rsidR="0081371B" w:rsidRPr="00680746" w14:paraId="59376F49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746E7A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5: Media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BF0534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media; nawyki medialne; częstotliwość korzystania z mediów; aktywności online; równowaga cyfrowa; zajęcia pozaszkolne. Oczekiwane działania: wypowiedź o mediach, nawykach medialnych i równowadze cyfrowej, obejmująca opis, porównanie i uzasadnienie wyborów; ogłoszenie klubu medialnego z informacją o adresatach, aktywnościach, miejscu i czasie spotkań; rozmowa i reakcja pisemna dotycząca mediów, aktywności online, opinii, preferencji i propozycji.</w:t>
            </w:r>
          </w:p>
        </w:tc>
      </w:tr>
      <w:tr w:rsidR="0081371B" w:rsidRPr="00680746" w14:paraId="19BAAED1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B523BA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6: Near my house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28791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najbliższe otoczenie domu; ogród i jego elementy; czynności oraz możliwości spędzania czasu w ogrodzie i okolicy. Oczekiwane działania: wypowiedź o najbliższym otoczeniu domu i ogrodzie, obejmująca opis, porównanie i uzasadnienie wyborów; e-mail z zaproszeniem do domu, opisem okolicy oraz propozycją wspólnej aktywności; rozmowa i reakcja pisemna dotycząca najbliższego otoczenia domu, opinii, preferencji i propozycji.</w:t>
            </w:r>
          </w:p>
        </w:tc>
      </w:tr>
    </w:tbl>
    <w:p w14:paraId="29D14FA2" w14:textId="77777777" w:rsidR="0081371B" w:rsidRPr="00680746" w:rsidRDefault="0081371B" w:rsidP="0081371B">
      <w:pPr>
        <w:rPr>
          <w:lang w:val="pl-PL"/>
        </w:rPr>
      </w:pPr>
    </w:p>
    <w:p w14:paraId="5DE8CD2C" w14:textId="77777777" w:rsidR="0081371B" w:rsidRPr="00AF374B" w:rsidRDefault="0081371B" w:rsidP="0081371B">
      <w:pPr>
        <w:rPr>
          <w:b/>
          <w:bCs/>
          <w:sz w:val="22"/>
          <w:lang w:val="pl-PL"/>
        </w:rPr>
      </w:pPr>
      <w:r w:rsidRPr="00AF374B">
        <w:rPr>
          <w:b/>
          <w:bCs/>
          <w:sz w:val="22"/>
          <w:lang w:val="pl-PL"/>
        </w:rPr>
        <w:t>Ocena 4 - dobra</w:t>
      </w:r>
    </w:p>
    <w:p w14:paraId="4713EA39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większość wymagań; na ogół samodzielnie i poprawnie wykonuje typowe zadania, przekazuje większość informacji, a nieliczne błędy nie zakłócają komunikacji.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8894"/>
      </w:tblGrid>
      <w:tr w:rsidR="0081371B" w:rsidRPr="00680746" w14:paraId="1E8C281A" w14:textId="77777777" w:rsidTr="00F5229B">
        <w:trPr>
          <w:cantSplit/>
          <w:jc w:val="center"/>
        </w:trPr>
        <w:tc>
          <w:tcPr>
            <w:tcW w:w="1418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20D735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8894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0F646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1689659F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EB2F03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77371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Na ogół poprawnie stosuje większość słownictwa i struktur z pełnego zakresu Extended; nieliczne błędy zwykle nie zakłócają komunikacji.</w:t>
            </w:r>
          </w:p>
        </w:tc>
      </w:tr>
      <w:tr w:rsidR="0081371B" w:rsidRPr="00680746" w14:paraId="0628DE56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0C3D55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99C50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Na ogół samodzielnie i poprawnie rozumie główną myśl i odnajduje większość wymaganych informacji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4398971E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E64A94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C7F89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Na ogół samodzielnie i poprawnie rozumie główną myśl i kontekst oraz odnajduje większość informacji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5E0FA50A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EA20B4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lastRenderedPageBreak/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F58C2E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Na ogół samodzielnie i poprawnie tworzy krótką, na ogół spójną wypowiedź i przekazuje większość informacji: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wyborów; wypowiedź o wynalazkach i umiejętnościach twórczych, obejmująca opis, porównanie i uzasadnienie wyborów; wypowiedź o mediach, nawykach medialnych i równowadze cyfrowej, obejmująca opis, porównanie i uzasadnienie wyborów; wypowiedź o najbliższym otoczeniu domu i ogrodzie, obejmująca opis, porównanie i uzasadnienie wyborów..</w:t>
            </w:r>
          </w:p>
        </w:tc>
      </w:tr>
      <w:tr w:rsidR="0081371B" w:rsidRPr="00680746" w14:paraId="292C44BE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3B52C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E3E74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Na ogół samodzielnie i poprawnie tworzy krótki, na ogół spójny tekst i uwzględnia większość informacji: e-mail o sobie, języku, którego uczeń się uczy, oraz sposobach uczenia się; wpis o tym, z kim i gdzie uczeń robi zakupy, co robi w sklepie i co kupuje; wpis na blogu o koleżance lub koledze, sposobach dbania o przyjaźń i wspólnych aktywnościach; ogłoszenie klubu młodych wynalazców z informacją o miejscu, czasie spotkań i rozwijanych umiejętnościach; ogłoszenie klubu medialnego z informacją o adresatach, aktywnościach, miejscu i czasie spotkań; e-mail z zaproszeniem do domu, opisem okolicy oraz propozycją wspólnej aktywności..</w:t>
            </w:r>
          </w:p>
        </w:tc>
      </w:tr>
      <w:tr w:rsidR="0081371B" w:rsidRPr="00680746" w14:paraId="7F85C5A3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55FE79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102C7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Na ogół samodzielnie i poprawnie uczestniczy w prostej rozmowie i tworzy krótką, adekwatną reakcję pisemną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propozycji; rozmowa i reakcja pisemna dotycząca wynalazków, umiejętności, opinii, preferencji i propozycji; rozmowa i reakcja pisemna dotycząca mediów, aktywności online, opinii, preferencji i propozycji; rozmowa i reakcja pisemna dotycząca najbliższego otoczenia domu, opinii, preferencji i propozycji..</w:t>
            </w:r>
          </w:p>
        </w:tc>
      </w:tr>
      <w:tr w:rsidR="0081371B" w:rsidRPr="00680746" w14:paraId="6E835614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FBEF35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149AC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Na ogół samodzielnie i poprawnie przekazuje najważniejsze informacje i uczestniczy we współtworzeniu wypowiedzi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1922E3EE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F8A3287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C1493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3159AC21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8EDB3A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7D420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54A54B55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2D3552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6361A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  <w:tr w:rsidR="0081371B" w:rsidRPr="00680746" w14:paraId="0B749662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47E0A8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4: Inventions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8272A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wynalazki; młodzi wynalazcy; umiejętności twórcze; kluby i projekty wynalazcze. Oczekiwane działania: wypowiedź o wynalazkach i umiejętnościach twórczych, obejmująca opis, porównanie i uzasadnienie wyborów; ogłoszenie klubu młodych wynalazców z informacją o miejscu, czasie spotkań i rozwijanych umiejętnościach; rozmowa i reakcja pisemna dotycząca wynalazków, umiejętności, opinii, preferencji i propozycji.</w:t>
            </w:r>
          </w:p>
        </w:tc>
      </w:tr>
      <w:tr w:rsidR="0081371B" w:rsidRPr="00680746" w14:paraId="3A3218B0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B9E5CD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5: Media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B1A5C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media; nawyki medialne; częstotliwość korzystania z mediów; aktywności online; równowaga cyfrowa; zajęcia pozaszkolne. Oczekiwane działania: wypowiedź o mediach, nawykach medialnych i równowadze cyfrowej, obejmująca opis, porównanie i uzasadnienie wyborów; ogłoszenie klubu medialnego z informacją o adresatach, aktywnościach, miejscu i czasie spotkań; rozmowa i reakcja pisemna dotycząca mediów, aktywności online, opinii, preferencji i propozycji.</w:t>
            </w:r>
          </w:p>
        </w:tc>
      </w:tr>
      <w:tr w:rsidR="0081371B" w:rsidRPr="00680746" w14:paraId="173647D8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EE9FDC5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6: Near my house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B927B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najbliższe otoczenie domu; ogród i jego elementy; czynności oraz możliwości spędzania czasu w ogrodzie i okolicy. Oczekiwane działania: wypowiedź o najbliższym otoczeniu domu i ogrodzie, obejmująca opis, porównanie i uzasadnienie wyborów; e-mail z zaproszeniem do domu, opisem okolicy oraz propozycją wspólnej aktywności; rozmowa i reakcja pisemna dotycząca najbliższego otoczenia domu, opinii, preferencji i propozycji.</w:t>
            </w:r>
          </w:p>
        </w:tc>
      </w:tr>
    </w:tbl>
    <w:p w14:paraId="186ED634" w14:textId="77777777" w:rsidR="0081371B" w:rsidRPr="00680746" w:rsidRDefault="0081371B" w:rsidP="0081371B">
      <w:pPr>
        <w:rPr>
          <w:lang w:val="pl-PL"/>
        </w:rPr>
      </w:pPr>
    </w:p>
    <w:p w14:paraId="6F1C4D39" w14:textId="77777777" w:rsidR="0081371B" w:rsidRPr="00680746" w:rsidRDefault="0081371B" w:rsidP="0081371B">
      <w:pPr>
        <w:pStyle w:val="Nagwek2"/>
        <w:rPr>
          <w:lang w:val="pl-PL"/>
        </w:rPr>
      </w:pPr>
      <w:r w:rsidRPr="00680746">
        <w:rPr>
          <w:lang w:val="pl-PL"/>
        </w:rPr>
        <w:br w:type="page"/>
      </w:r>
      <w:r w:rsidRPr="00680746">
        <w:rPr>
          <w:lang w:val="pl-PL"/>
        </w:rPr>
        <w:lastRenderedPageBreak/>
        <w:t>Ocena 3 - dostateczna</w:t>
      </w:r>
    </w:p>
    <w:p w14:paraId="2BCB76B9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podstawową część wymagań; wykonuje proste zadania według wzoru lub z pomocą, przekazuje część wymaganych informacji, a błędy czasami zakłócają komunikację.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8894"/>
      </w:tblGrid>
      <w:tr w:rsidR="0081371B" w:rsidRPr="00680746" w14:paraId="7F0F1D5A" w14:textId="77777777" w:rsidTr="00F5229B">
        <w:trPr>
          <w:cantSplit/>
          <w:jc w:val="center"/>
        </w:trPr>
        <w:tc>
          <w:tcPr>
            <w:tcW w:w="1418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966A27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8894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07336EE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2C0F61BA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E5FE2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55078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Częściowo zna słownictwo i struktury z pełnego zakresu Extended oraz stosuje je w prostych zdaniach według wzoru, popełniając błędy.</w:t>
            </w:r>
          </w:p>
        </w:tc>
      </w:tr>
      <w:tr w:rsidR="0081371B" w:rsidRPr="00680746" w14:paraId="7F8ACDE4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24DB49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1FD5AA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Według wzoru lub z pomocą rozumie temat prostych nagrań i odnajduje niektóre informacje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695253D2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09AA41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D52DF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Według wzoru lub z pomocą rozumie temat i część głównej myśli oraz odnajduje niektóre informacje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35981062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66845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F0E542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Według wzoru lub z pomocą tworzy kilka prostych zdań: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wyborów; wypowiedź o wynalazkach i umiejętnościach twórczych, obejmująca opis, porównanie i uzasadnienie wyborów; wypowiedź o mediach, nawykach medialnych i równowadze cyfrowej, obejmująca opis, porównanie i uzasadnienie wyborów; wypowiedź o najbliższym otoczeniu domu i ogrodzie, obejmująca opis, porównanie i uzasadnienie wyborów..</w:t>
            </w:r>
          </w:p>
        </w:tc>
      </w:tr>
      <w:tr w:rsidR="0081371B" w:rsidRPr="00680746" w14:paraId="6ACDF269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B95FBD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39A8AD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Według wzoru lub z pomocą tworzy bardzo krótki tekst i uwzględnia część informacji: e-mail o sobie, języku, którego uczeń się uczy, oraz sposobach uczenia się; wpis o tym, z kim i gdzie uczeń robi zakupy, co robi w sklepie i co kupuje; wpis na blogu o koleżance lub koledze, sposobach dbania o przyjaźń i wspólnych aktywnościach; ogłoszenie klubu młodych wynalazców z informacją o miejscu, czasie spotkań i rozwijanych umiejętnościach; ogłoszenie klubu medialnego z informacją o adresatach, aktywnościach, miejscu i czasie spotkań; e-mail z zaproszeniem do domu, opisem okolicy oraz propozycją wspólnej aktywności..</w:t>
            </w:r>
          </w:p>
        </w:tc>
      </w:tr>
      <w:tr w:rsidR="0081371B" w:rsidRPr="00680746" w14:paraId="24FEB2D6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D993D6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0975F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Według wzoru lub z pomocą odpowiada na proste pytania i według wzoru reaguje pisemnie, przekazując część informacji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propozycji; rozmowa i reakcja pisemna dotycząca wynalazków, umiejętności, opinii, preferencji i propozycji; rozmowa i reakcja pisemna dotycząca mediów, aktywności online, opinii, preferencji i propozycji; rozmowa i reakcja pisemna dotycząca najbliższego otoczenia domu, opinii, preferencji i propozycji..</w:t>
            </w:r>
          </w:p>
        </w:tc>
      </w:tr>
      <w:tr w:rsidR="0081371B" w:rsidRPr="00680746" w14:paraId="542413B6" w14:textId="77777777" w:rsidTr="00F5229B">
        <w:trPr>
          <w:cantSplit/>
          <w:jc w:val="center"/>
        </w:trPr>
        <w:tc>
          <w:tcPr>
            <w:tcW w:w="1418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1F812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A98A1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Według wzoru lub z pomocą przekazuje część podstawowych informacji, korzystając ze wzoru i wsparcia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49AB827D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150829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E6B49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52D98053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3B9C9A1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7905A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3C1E3946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1CC8A4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4A2946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  <w:tr w:rsidR="0081371B" w:rsidRPr="00680746" w14:paraId="06CCC8EA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87F9E9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lastRenderedPageBreak/>
              <w:t>Extended 4: Inventions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18B446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wynalazki; młodzi wynalazcy; umiejętności twórcze; kluby i projekty wynalazcze. Oczekiwane działania: wypowiedź o wynalazkach i umiejętnościach twórczych, obejmująca opis, porównanie i uzasadnienie wyborów; ogłoszenie klubu młodych wynalazców z informacją o miejscu, czasie spotkań i rozwijanych umiejętnościach; rozmowa i reakcja pisemna dotycząca wynalazków, umiejętności, opinii, preferencji i propozycji.</w:t>
            </w:r>
          </w:p>
        </w:tc>
      </w:tr>
      <w:tr w:rsidR="0081371B" w:rsidRPr="00680746" w14:paraId="1DECAEE7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447F36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5: Media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3D14263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media; nawyki medialne; częstotliwość korzystania z mediów; aktywności online; równowaga cyfrowa; zajęcia pozaszkolne. Oczekiwane działania: wypowiedź o mediach, nawykach medialnych i równowadze cyfrowej, obejmująca opis, porównanie i uzasadnienie wyborów; ogłoszenie klubu medialnego z informacją o adresatach, aktywnościach, miejscu i czasie spotkań; rozmowa i reakcja pisemna dotycząca mediów, aktywności online, opinii, preferencji i propozycji.</w:t>
            </w:r>
          </w:p>
        </w:tc>
      </w:tr>
      <w:tr w:rsidR="0081371B" w:rsidRPr="00680746" w14:paraId="4D84CA69" w14:textId="77777777" w:rsidTr="00F5229B">
        <w:trPr>
          <w:cantSplit/>
          <w:jc w:val="center"/>
        </w:trPr>
        <w:tc>
          <w:tcPr>
            <w:tcW w:w="1418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FE8CB7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6: Near my house</w:t>
            </w:r>
          </w:p>
        </w:tc>
        <w:tc>
          <w:tcPr>
            <w:tcW w:w="889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69162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najbliższe otoczenie domu; ogród i jego elementy; czynności oraz możliwości spędzania czasu w ogrodzie i okolicy. Oczekiwane działania: wypowiedź o najbliższym otoczeniu domu i ogrodzie, obejmująca opis, porównanie i uzasadnienie wyborów; e-mail z zaproszeniem do domu, opisem okolicy oraz propozycją wspólnej aktywności; rozmowa i reakcja pisemna dotycząca najbliższego otoczenia domu, opinii, preferencji i propozycji.</w:t>
            </w:r>
          </w:p>
        </w:tc>
      </w:tr>
    </w:tbl>
    <w:p w14:paraId="7A5606F7" w14:textId="77777777" w:rsidR="0081371B" w:rsidRPr="00680746" w:rsidRDefault="0081371B" w:rsidP="0081371B">
      <w:pPr>
        <w:rPr>
          <w:lang w:val="pl-PL"/>
        </w:rPr>
      </w:pPr>
    </w:p>
    <w:p w14:paraId="5156365A" w14:textId="77777777" w:rsidR="0081371B" w:rsidRPr="002F3CAA" w:rsidRDefault="0081371B" w:rsidP="0081371B">
      <w:pPr>
        <w:rPr>
          <w:b/>
          <w:bCs/>
          <w:sz w:val="24"/>
          <w:szCs w:val="24"/>
          <w:lang w:val="pl-PL"/>
        </w:rPr>
      </w:pPr>
      <w:r w:rsidRPr="002F3CAA">
        <w:rPr>
          <w:b/>
          <w:bCs/>
          <w:sz w:val="24"/>
          <w:szCs w:val="24"/>
          <w:lang w:val="pl-PL"/>
        </w:rPr>
        <w:t>Ocena 2 - dopuszczająca</w:t>
      </w:r>
    </w:p>
    <w:p w14:paraId="73700803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opanował wymagania w bardzo ograniczonym zakresie; przy znacznym wsparciu rozpoznaje pojedyncze informacje i wykonuje nieliczne, najprostsze zadania, a liczne błędy utrudniają komunikację.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9036"/>
      </w:tblGrid>
      <w:tr w:rsidR="0081371B" w:rsidRPr="00680746" w14:paraId="60DA3EBC" w14:textId="77777777" w:rsidTr="00F5229B">
        <w:trPr>
          <w:cantSplit/>
          <w:jc w:val="center"/>
        </w:trPr>
        <w:tc>
          <w:tcPr>
            <w:tcW w:w="1276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F05BD1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9036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FF3D2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2DF31086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A5A144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2887E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Rozpoznaje pojedyncze elementy słownictwa i struktur z pełnego zakresu Extended, lecz stosuje je z dużą trudnością i licznymi błędami.</w:t>
            </w:r>
          </w:p>
        </w:tc>
      </w:tr>
      <w:tr w:rsidR="0081371B" w:rsidRPr="00680746" w14:paraId="72200031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CDA977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EB18B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Przy znacznym wsparciu i z licznymi błędami rozpoznaje pojedyncze słowa i informacje w prostych nagraniach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5789F824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B43E3A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C41C9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Przy znacznym wsparciu i z licznymi błędami rozpoznaje pojedyncze wyrazy i informacje w prostych tekstach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53D7197C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015FC2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C377C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Przy znacznym wsparciu i z licznymi błędami podaje pojedyncze słowa lub krótkie informacje: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wyborów; wypowiedź o wynalazkach i umiejętnościach twórczych, obejmująca opis, porównanie i uzasadnienie wyborów; wypowiedź o mediach, nawykach medialnych i równowadze cyfrowej, obejmująca opis, porównanie i uzasadnienie wyborów; wypowiedź o najbliższym otoczeniu domu i ogrodzie, obejmująca opis, porównanie i uzasadnienie wyborów..</w:t>
            </w:r>
          </w:p>
        </w:tc>
      </w:tr>
      <w:tr w:rsidR="0081371B" w:rsidRPr="00680746" w14:paraId="1F4AD79A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F97E1D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681718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Przy znacznym wsparciu i z licznymi błędami zapisuje pojedyncze informacje, lecz nie realizuje większości elementów zadania: e-mail o sobie, języku, którego uczeń się uczy, oraz sposobach uczenia się; wpis o tym, z kim i gdzie uczeń robi zakupy, co robi w sklepie i co kupuje; wpis na blogu o koleżance lub koledze, sposobach dbania o przyjaźń i wspólnych aktywnościach; ogłoszenie klubu młodych wynalazców z informacją o miejscu, czasie spotkań i rozwijanych umiejętnościach; ogłoszenie klubu medialnego z informacją o adresatach, aktywnościach, miejscu i czasie spotkań; e-mail z zaproszeniem do domu, opisem okolicy oraz propozycją wspólnej aktywności..</w:t>
            </w:r>
          </w:p>
        </w:tc>
      </w:tr>
      <w:tr w:rsidR="0081371B" w:rsidRPr="00680746" w14:paraId="3E09F290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3DE74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DEF28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Przy znacznym wsparciu i z licznymi błędami odpowiada pojedynczymi słowami i tworzy niepełne reakcje pisemne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propozycji; rozmowa i reakcja pisemna dotycząca wynalazków, umiejętności, opinii, preferencji i propozycji; rozmowa i reakcja pisemna dotycząca mediów, aktywności online, opinii, preferencji i propozycji; rozmowa i reakcja pisemna dotycząca najbliższego otoczenia domu, opinii, preferencji i propozycji..</w:t>
            </w:r>
          </w:p>
        </w:tc>
      </w:tr>
      <w:tr w:rsidR="0081371B" w:rsidRPr="00680746" w14:paraId="30BF5835" w14:textId="77777777" w:rsidTr="00F5229B">
        <w:trPr>
          <w:cantSplit/>
          <w:jc w:val="center"/>
        </w:trPr>
        <w:tc>
          <w:tcPr>
            <w:tcW w:w="1276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AB64E5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lastRenderedPageBreak/>
              <w:t>Przetwarzanie ustne i pisemne tekstu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4A62D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Przy znacznym wsparciu i z licznymi błędami przekazuje pojedyncze informacje z prostych materiałów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6F05E97C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A7AB44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622A84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5A3FD5B7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DB2A97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FDB61B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03CF69D9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F6B841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07803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  <w:tr w:rsidR="0081371B" w:rsidRPr="00680746" w14:paraId="667A6B0E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71C5A76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4: Inventions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C7364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wynalazki; młodzi wynalazcy; umiejętności twórcze; kluby i projekty wynalazcze. Oczekiwane działania: wypowiedź o wynalazkach i umiejętnościach twórczych, obejmująca opis, porównanie i uzasadnienie wyborów; ogłoszenie klubu młodych wynalazców z informacją o miejscu, czasie spotkań i rozwijanych umiejętnościach; rozmowa i reakcja pisemna dotycząca wynalazków, umiejętności, opinii, preferencji i propozycji.</w:t>
            </w:r>
          </w:p>
        </w:tc>
      </w:tr>
      <w:tr w:rsidR="0081371B" w:rsidRPr="00680746" w14:paraId="42A86CB3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69DE71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5: Media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874D2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media; nawyki medialne; częstotliwość korzystania z mediów; aktywności online; równowaga cyfrowa; zajęcia pozaszkolne. Oczekiwane działania: wypowiedź o mediach, nawykach medialnych i równowadze cyfrowej, obejmująca opis, porównanie i uzasadnienie wyborów; ogłoszenie klubu medialnego z informacją o adresatach, aktywnościach, miejscu i czasie spotkań; rozmowa i reakcja pisemna dotycząca mediów, aktywności online, opinii, preferencji i propozycji.</w:t>
            </w:r>
          </w:p>
        </w:tc>
      </w:tr>
      <w:tr w:rsidR="0081371B" w:rsidRPr="00680746" w14:paraId="615E480F" w14:textId="77777777" w:rsidTr="00F5229B">
        <w:trPr>
          <w:cantSplit/>
          <w:jc w:val="center"/>
        </w:trPr>
        <w:tc>
          <w:tcPr>
            <w:tcW w:w="1276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5EDA8E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6: Near my house</w:t>
            </w:r>
          </w:p>
        </w:tc>
        <w:tc>
          <w:tcPr>
            <w:tcW w:w="9036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F35706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najbliższe otoczenie domu; ogród i jego elementy; czynności oraz możliwości spędzania czasu w ogrodzie i okolicy. Oczekiwane działania: wypowiedź o najbliższym otoczeniu domu i ogrodzie, obejmująca opis, porównanie i uzasadnienie wyborów; e-mail z zaproszeniem do domu, opisem okolicy oraz propozycją wspólnej aktywności; rozmowa i reakcja pisemna dotycząca najbliższego otoczenia domu, opinii, preferencji i propozycji.</w:t>
            </w:r>
          </w:p>
        </w:tc>
      </w:tr>
    </w:tbl>
    <w:p w14:paraId="78FF6134" w14:textId="77777777" w:rsidR="0081371B" w:rsidRDefault="0081371B" w:rsidP="0081371B">
      <w:pPr>
        <w:rPr>
          <w:lang w:val="pl-PL"/>
        </w:rPr>
      </w:pPr>
    </w:p>
    <w:p w14:paraId="78410E75" w14:textId="77777777" w:rsidR="0081371B" w:rsidRPr="00680746" w:rsidRDefault="0081371B" w:rsidP="0081371B">
      <w:pPr>
        <w:pStyle w:val="Nagwek2"/>
        <w:rPr>
          <w:lang w:val="pl-PL"/>
        </w:rPr>
      </w:pPr>
      <w:r w:rsidRPr="00680746">
        <w:rPr>
          <w:lang w:val="pl-PL"/>
        </w:rPr>
        <w:t>Ocena 1 - niedostateczna</w:t>
      </w:r>
    </w:p>
    <w:p w14:paraId="72D4A765" w14:textId="77777777" w:rsidR="0081371B" w:rsidRPr="00680746" w:rsidRDefault="0081371B" w:rsidP="0081371B">
      <w:pPr>
        <w:rPr>
          <w:lang w:val="pl-PL"/>
        </w:rPr>
      </w:pPr>
      <w:r w:rsidRPr="00680746">
        <w:rPr>
          <w:b/>
          <w:lang w:val="pl-PL"/>
        </w:rPr>
        <w:t xml:space="preserve">Ogólny poziom spełnienia wymagań: </w:t>
      </w:r>
      <w:r w:rsidRPr="00680746">
        <w:rPr>
          <w:lang w:val="pl-PL"/>
        </w:rPr>
        <w:t>nie opanował wymagań koniecznych; nawet przy znacznym wsparciu nie wykonuje zadań lub popełnia błędy uniemożliwiające komunikację.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9178"/>
      </w:tblGrid>
      <w:tr w:rsidR="0081371B" w:rsidRPr="00680746" w14:paraId="685E5E6A" w14:textId="77777777" w:rsidTr="00F5229B">
        <w:trPr>
          <w:cantSplit/>
          <w:jc w:val="center"/>
        </w:trPr>
        <w:tc>
          <w:tcPr>
            <w:tcW w:w="1134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26C87F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Obszar</w:t>
            </w:r>
            <w:proofErr w:type="spellEnd"/>
          </w:p>
        </w:tc>
        <w:tc>
          <w:tcPr>
            <w:tcW w:w="9178" w:type="dxa"/>
            <w:shd w:val="clear" w:color="auto" w:fill="333333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E6A53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color w:val="FFFFFF"/>
                <w:sz w:val="16"/>
                <w:lang w:val="pl-PL"/>
              </w:rPr>
              <w:t>Wymagania niezbędne do otrzymania oceny</w:t>
            </w:r>
          </w:p>
        </w:tc>
      </w:tr>
      <w:tr w:rsidR="0081371B" w:rsidRPr="00680746" w14:paraId="6800C41D" w14:textId="77777777" w:rsidTr="00F5229B">
        <w:trPr>
          <w:cantSplit/>
          <w:jc w:val="center"/>
        </w:trPr>
        <w:tc>
          <w:tcPr>
            <w:tcW w:w="1134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59045E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Znajomość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środków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językowych</w:t>
            </w:r>
            <w:proofErr w:type="spellEnd"/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094749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Nie rozpoznaje i nie stosuje słownictwa ani struktur z pełnego zakresu Extended, nawet przy znacznym wsparciu.</w:t>
            </w:r>
          </w:p>
        </w:tc>
      </w:tr>
      <w:tr w:rsidR="0081371B" w:rsidRPr="00680746" w14:paraId="35FDEED1" w14:textId="77777777" w:rsidTr="00F5229B">
        <w:trPr>
          <w:cantSplit/>
          <w:jc w:val="center"/>
        </w:trPr>
        <w:tc>
          <w:tcPr>
            <w:tcW w:w="1134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706B79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3D7B9C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Nie potrafi rozumieć ogólnego sensu bardzo prostych nagrań ani odnajdywać podstawowych informacji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45A51E92" w14:textId="77777777" w:rsidTr="00F5229B">
        <w:trPr>
          <w:cantSplit/>
          <w:jc w:val="center"/>
        </w:trPr>
        <w:tc>
          <w:tcPr>
            <w:tcW w:w="1134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BF94E0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Rozumienie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BF441E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Nie potrafi rozumieć ogólnego sensu bardzo prostych tekstów ani odnajdywać podstawowych informacji w materiałach obejmujących: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7F5A1D70" w14:textId="77777777" w:rsidTr="00F5229B">
        <w:trPr>
          <w:cantSplit/>
          <w:jc w:val="center"/>
        </w:trPr>
        <w:tc>
          <w:tcPr>
            <w:tcW w:w="1134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92A1A0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lastRenderedPageBreak/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ustnych</w:t>
            </w:r>
            <w:proofErr w:type="spellEnd"/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4F681F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Nie potrafi przekazać nawet bardzo prostej informacji ustnej: wypowiedź o uczeniu się i strategiach uczenia się, obejmująca opis, porównanie i uzasadnienie wyborów; wypowiedź o zakupach, sklepach i usługach, obejmująca opis, porównanie i uzasadnienie wyborów; wypowiedź o relacjach z rodziną, przyjaciółmi i innymi osobami, obejmująca opis, porównanie i uzasadnienie wyborów; wypowiedź o wynalazkach i umiejętnościach twórczych, obejmująca opis, porównanie i uzasadnienie wyborów; wypowiedź o mediach, nawykach medialnych i równowadze cyfrowej, obejmująca opis, porównanie i uzasadnienie wyborów; wypowiedź o najbliższym otoczeniu domu i ogrodzie, obejmująca opis, porównanie i uzasadnienie wyborów..</w:t>
            </w:r>
          </w:p>
        </w:tc>
      </w:tr>
      <w:tr w:rsidR="0081371B" w:rsidRPr="00680746" w14:paraId="03327E1D" w14:textId="77777777" w:rsidTr="00F5229B">
        <w:trPr>
          <w:cantSplit/>
          <w:jc w:val="center"/>
        </w:trPr>
        <w:tc>
          <w:tcPr>
            <w:tcW w:w="1134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F284A06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Tworzenie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wypowiedzi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pisemnych</w:t>
            </w:r>
            <w:proofErr w:type="spellEnd"/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AC973C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Nie potrafi zapisać nawet bardzo prostej informacji, również na podstawie wzoru: e-mail o sobie, języku, którego uczeń się uczy, oraz sposobach uczenia się; wpis o tym, z kim i gdzie uczeń robi zakupy, co robi w sklepie i co kupuje; wpis na blogu o koleżance lub koledze, sposobach dbania o przyjaźń i wspólnych aktywnościach; ogłoszenie klubu młodych wynalazców z informacją o miejscu, czasie spotkań i rozwijanych umiejętnościach; ogłoszenie klubu medialnego z informacją o adresatach, aktywnościach, miejscu i czasie spotkań; e-mail z zaproszeniem do domu, opisem okolicy oraz propozycją wspólnej aktywności..</w:t>
            </w:r>
          </w:p>
        </w:tc>
      </w:tr>
      <w:tr w:rsidR="0081371B" w:rsidRPr="00680746" w14:paraId="5A1B89A5" w14:textId="77777777" w:rsidTr="00F5229B">
        <w:trPr>
          <w:cantSplit/>
          <w:jc w:val="center"/>
        </w:trPr>
        <w:tc>
          <w:tcPr>
            <w:tcW w:w="1134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1CE38B" w14:textId="77777777" w:rsidR="0081371B" w:rsidRDefault="0081371B" w:rsidP="00F5229B">
            <w:pPr>
              <w:spacing w:after="26" w:line="240" w:lineRule="auto"/>
            </w:pPr>
            <w:proofErr w:type="spellStart"/>
            <w:r>
              <w:rPr>
                <w:b/>
                <w:sz w:val="16"/>
              </w:rPr>
              <w:t>Reagowanie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ustne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pisemne</w:t>
            </w:r>
            <w:proofErr w:type="spellEnd"/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52308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Nie potrafi reagować na bardzo proste pytania i komunikaty ani udzielić prostej odpowiedzi pisemnej w zakresie: rozmowa i reakcja pisemna dotycząca uczenia się, strategii, opinii, preferencji i propozycji; rozmowa i reakcja pisemna dotycząca zakupów, sklepów, usług, opinii, preferencji i propozycji; rozmowa i reakcja pisemna dotycząca relacji, opinii, preferencji i propozycji; rozmowa i reakcja pisemna dotycząca wynalazków, umiejętności, opinii, preferencji i propozycji; rozmowa i reakcja pisemna dotycząca mediów, aktywności online, opinii, preferencji i propozycji; rozmowa i reakcja pisemna dotycząca najbliższego otoczenia domu, opinii, preferencji i propozycji..</w:t>
            </w:r>
          </w:p>
        </w:tc>
      </w:tr>
      <w:tr w:rsidR="0081371B" w:rsidRPr="00680746" w14:paraId="4C4BEC23" w14:textId="77777777" w:rsidTr="00F5229B">
        <w:trPr>
          <w:cantSplit/>
          <w:jc w:val="center"/>
        </w:trPr>
        <w:tc>
          <w:tcPr>
            <w:tcW w:w="1134" w:type="dxa"/>
            <w:shd w:val="clear" w:color="auto" w:fill="F2F2F2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7C7567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b/>
                <w:sz w:val="16"/>
                <w:lang w:val="pl-PL"/>
              </w:rPr>
              <w:t>Przetwarzanie ustne i pisemne tekstu</w:t>
            </w:r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B0D0ED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 xml:space="preserve">Nie potrafi przekazać podstawowych informacji z tekstu, nagrania, tabeli lub ilustracji na podstawie: teksty, nagrania, tabele i ilustracje dotyczące uczenia się i strategii uczenia się; dialogi, teksty, nagrania i materiały wizualne o zwyczajach zakupowych, cenach, zwrotach produktów i usługach; teksty, nagrania i materiały wizualne o znaczeniu przyjaźni oraz </w:t>
            </w:r>
            <w:proofErr w:type="spellStart"/>
            <w:r w:rsidRPr="00680746">
              <w:rPr>
                <w:sz w:val="16"/>
                <w:lang w:val="pl-PL"/>
              </w:rPr>
              <w:t>zachowaniach</w:t>
            </w:r>
            <w:proofErr w:type="spellEnd"/>
            <w:r w:rsidRPr="00680746">
              <w:rPr>
                <w:sz w:val="16"/>
                <w:lang w:val="pl-PL"/>
              </w:rPr>
              <w:t xml:space="preserve"> wspierających dobre relacje; teksty, wywiady, nagrania i materiały wizualne o młodych wynalazcach, ich umiejętnościach, klubach i projektach; teksty, nagrania i materiały wizualne o nawykach medialnych, częstotliwości korzystania z mediów i zajęciach pozaszkolnych; teksty, nagrania i materiały wizualne o ogrodzie, jego elementach, czynnościach i możliwościach spędzania czasu..</w:t>
            </w:r>
          </w:p>
        </w:tc>
      </w:tr>
      <w:tr w:rsidR="0081371B" w:rsidRPr="00680746" w14:paraId="3334DC6C" w14:textId="77777777" w:rsidTr="00F5229B">
        <w:trPr>
          <w:cantSplit/>
          <w:jc w:val="center"/>
        </w:trPr>
        <w:tc>
          <w:tcPr>
            <w:tcW w:w="1134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AEE4F7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1: Lifelong learning</w:t>
            </w:r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92A0F0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uczenie się przez całe życie; sposoby i strategie uczenia się; plany i trudności w nauce; języki obce. Oczekiwane działania: wypowiedź o uczeniu się i strategiach uczenia się, obejmująca opis, porównanie i uzasadnienie wyborów; e-mail o sobie, języku, którego uczeń się uczy, oraz sposobach uczenia się; rozmowa i reakcja pisemna dotycząca uczenia się, strategii, opinii, preferencji i propozycji.</w:t>
            </w:r>
          </w:p>
        </w:tc>
      </w:tr>
      <w:tr w:rsidR="0081371B" w:rsidRPr="00680746" w14:paraId="244E40FA" w14:textId="77777777" w:rsidTr="00F5229B">
        <w:trPr>
          <w:cantSplit/>
          <w:jc w:val="center"/>
        </w:trPr>
        <w:tc>
          <w:tcPr>
            <w:tcW w:w="1134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F8EEC8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2: Shops and services</w:t>
            </w:r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1ED3671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zakupy; sklepy i usługi; zwyczaje zakupowe; ceny; zwroty produktów; zamawianie jedzenia. Oczekiwane działania: wypowiedź o zakupach, sklepach i usługach, obejmująca opis, porównanie i uzasadnienie wyborów; wpis o tym, z kim i gdzie uczeń robi zakupy, co robi w sklepie i co kupuje; rozmowa i reakcja pisemna dotycząca zakupów, sklepów, usług, opinii, preferencji i propozycji.</w:t>
            </w:r>
          </w:p>
        </w:tc>
      </w:tr>
      <w:tr w:rsidR="0081371B" w:rsidRPr="00680746" w14:paraId="452CD774" w14:textId="77777777" w:rsidTr="00F5229B">
        <w:trPr>
          <w:cantSplit/>
          <w:jc w:val="center"/>
        </w:trPr>
        <w:tc>
          <w:tcPr>
            <w:tcW w:w="1134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1F8BF0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3: Relationships with people</w:t>
            </w:r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485D36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relacje z rodziną, przyjaciółmi i innymi osobami; znaczenie przyjaźni; zachowania wspierające dobre relacje; wspólne aktywności. Oczekiwane działania: wypowiedź o relacjach z rodziną, przyjaciółmi i innymi osobami, obejmująca opis, porównanie i uzasadnienie wyborów; wpis na blogu o koleżance lub koledze, sposobach dbania o przyjaźń i wspólnych aktywnościach; rozmowa i reakcja pisemna dotycząca relacji, opinii, preferencji i propozycji.</w:t>
            </w:r>
          </w:p>
        </w:tc>
      </w:tr>
      <w:tr w:rsidR="0081371B" w:rsidRPr="00680746" w14:paraId="25115A24" w14:textId="77777777" w:rsidTr="00F5229B">
        <w:trPr>
          <w:cantSplit/>
          <w:jc w:val="center"/>
        </w:trPr>
        <w:tc>
          <w:tcPr>
            <w:tcW w:w="1134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525A46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4: Inventions</w:t>
            </w:r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5E272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wynalazki; młodzi wynalazcy; umiejętności twórcze; kluby i projekty wynalazcze. Oczekiwane działania: wypowiedź o wynalazkach i umiejętnościach twórczych, obejmująca opis, porównanie i uzasadnienie wyborów; ogłoszenie klubu młodych wynalazców z informacją o miejscu, czasie spotkań i rozwijanych umiejętnościach; rozmowa i reakcja pisemna dotycząca wynalazków, umiejętności, opinii, preferencji i propozycji.</w:t>
            </w:r>
          </w:p>
        </w:tc>
      </w:tr>
      <w:tr w:rsidR="0081371B" w:rsidRPr="00680746" w14:paraId="00A44F43" w14:textId="77777777" w:rsidTr="00F5229B">
        <w:trPr>
          <w:cantSplit/>
          <w:jc w:val="center"/>
        </w:trPr>
        <w:tc>
          <w:tcPr>
            <w:tcW w:w="1134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BBCF6D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5: Media</w:t>
            </w:r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11152DA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media; nawyki medialne; częstotliwość korzystania z mediów; aktywności online; równowaga cyfrowa; zajęcia pozaszkolne. Oczekiwane działania: wypowiedź o mediach, nawykach medialnych i równowadze cyfrowej, obejmująca opis, porównanie i uzasadnienie wyborów; ogłoszenie klubu medialnego z informacją o adresatach, aktywnościach, miejscu i czasie spotkań; rozmowa i reakcja pisemna dotycząca mediów, aktywności online, opinii, preferencji i propozycji.</w:t>
            </w:r>
          </w:p>
        </w:tc>
      </w:tr>
      <w:tr w:rsidR="0081371B" w:rsidRPr="00680746" w14:paraId="5171CAD9" w14:textId="77777777" w:rsidTr="00F5229B">
        <w:trPr>
          <w:cantSplit/>
          <w:jc w:val="center"/>
        </w:trPr>
        <w:tc>
          <w:tcPr>
            <w:tcW w:w="1134" w:type="dxa"/>
            <w:shd w:val="clear" w:color="auto" w:fill="EAF0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817D8E" w14:textId="77777777" w:rsidR="0081371B" w:rsidRDefault="0081371B" w:rsidP="00F5229B">
            <w:pPr>
              <w:spacing w:after="26" w:line="240" w:lineRule="auto"/>
            </w:pPr>
            <w:r>
              <w:rPr>
                <w:b/>
                <w:sz w:val="16"/>
              </w:rPr>
              <w:t>Extended 6: Near my house</w:t>
            </w:r>
          </w:p>
        </w:tc>
        <w:tc>
          <w:tcPr>
            <w:tcW w:w="917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4BA7D9E" w14:textId="77777777" w:rsidR="0081371B" w:rsidRPr="00680746" w:rsidRDefault="0081371B" w:rsidP="00F5229B">
            <w:pPr>
              <w:spacing w:after="26" w:line="240" w:lineRule="auto"/>
              <w:rPr>
                <w:lang w:val="pl-PL"/>
              </w:rPr>
            </w:pPr>
            <w:r w:rsidRPr="00680746">
              <w:rPr>
                <w:sz w:val="16"/>
                <w:lang w:val="pl-PL"/>
              </w:rPr>
              <w:t>Zakres modułu: najbliższe otoczenie domu; ogród i jego elementy; czynności oraz możliwości spędzania czasu w ogrodzie i okolicy. Oczekiwane działania: wypowiedź o najbliższym otoczeniu domu i ogrodzie, obejmująca opis, porównanie i uzasadnienie wyborów; e-mail z zaproszeniem do domu, opisem okolicy oraz propozycją wspólnej aktywności; rozmowa i reakcja pisemna dotycząca najbliższego otoczenia domu, opinii, preferencji i propozycji.</w:t>
            </w:r>
          </w:p>
        </w:tc>
      </w:tr>
    </w:tbl>
    <w:p w14:paraId="157FC65E" w14:textId="77777777" w:rsidR="0081371B" w:rsidRPr="00680746" w:rsidRDefault="0081371B" w:rsidP="0081371B">
      <w:pPr>
        <w:rPr>
          <w:lang w:val="pl-PL"/>
        </w:rPr>
      </w:pPr>
    </w:p>
    <w:p w14:paraId="4B97C83C" w14:textId="20FC16D7" w:rsidR="00C2186F" w:rsidRPr="00132F33" w:rsidRDefault="00C2186F">
      <w:pPr>
        <w:rPr>
          <w:lang w:val="pl-PL"/>
        </w:rPr>
      </w:pPr>
    </w:p>
    <w:sectPr w:rsidR="00C2186F" w:rsidRPr="00132F33" w:rsidSect="00034616">
      <w:headerReference w:type="default" r:id="rId8"/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CBB95" w14:textId="77777777" w:rsidR="00A52E8D" w:rsidRDefault="00A52E8D">
      <w:pPr>
        <w:spacing w:after="0" w:line="240" w:lineRule="auto"/>
      </w:pPr>
      <w:r>
        <w:separator/>
      </w:r>
    </w:p>
  </w:endnote>
  <w:endnote w:type="continuationSeparator" w:id="0">
    <w:p w14:paraId="197361C3" w14:textId="77777777" w:rsidR="00A52E8D" w:rsidRDefault="00A52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67D13" w14:textId="33D52A7C" w:rsidR="00C2186F" w:rsidRDefault="00C2186F" w:rsidP="5A79A215">
    <w:pPr>
      <w:pStyle w:val="Stopka"/>
      <w:jc w:val="cen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01DD6" w14:textId="77777777" w:rsidR="00A52E8D" w:rsidRDefault="00A52E8D">
      <w:pPr>
        <w:spacing w:after="0" w:line="240" w:lineRule="auto"/>
      </w:pPr>
      <w:r>
        <w:separator/>
      </w:r>
    </w:p>
  </w:footnote>
  <w:footnote w:type="continuationSeparator" w:id="0">
    <w:p w14:paraId="72F1935E" w14:textId="77777777" w:rsidR="00A52E8D" w:rsidRDefault="00A52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13D21" w14:textId="77777777" w:rsidR="00C2186F" w:rsidRDefault="004D06AB">
    <w:pPr>
      <w:pStyle w:val="Nagwek"/>
      <w:jc w:val="right"/>
    </w:pPr>
    <w:r>
      <w:rPr>
        <w:sz w:val="16"/>
      </w:rPr>
      <w:t xml:space="preserve">Stay brainy! </w:t>
    </w:r>
    <w:proofErr w:type="spellStart"/>
    <w:r>
      <w:rPr>
        <w:sz w:val="16"/>
      </w:rPr>
      <w:t>klasa</w:t>
    </w:r>
    <w:proofErr w:type="spellEnd"/>
    <w:r>
      <w:rPr>
        <w:sz w:val="16"/>
      </w:rPr>
      <w:t xml:space="preserve"> 4 | </w:t>
    </w:r>
    <w:proofErr w:type="spellStart"/>
    <w:r>
      <w:rPr>
        <w:sz w:val="16"/>
      </w:rPr>
      <w:t>wymagania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edukacyjne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2373"/>
    <w:rsid w:val="00132F33"/>
    <w:rsid w:val="0015074B"/>
    <w:rsid w:val="00182F8F"/>
    <w:rsid w:val="0029639D"/>
    <w:rsid w:val="00326F90"/>
    <w:rsid w:val="004D06AB"/>
    <w:rsid w:val="005567C8"/>
    <w:rsid w:val="005F26F7"/>
    <w:rsid w:val="00766B4A"/>
    <w:rsid w:val="0081371B"/>
    <w:rsid w:val="0084172A"/>
    <w:rsid w:val="00A52E8D"/>
    <w:rsid w:val="00AA1D8D"/>
    <w:rsid w:val="00B47730"/>
    <w:rsid w:val="00B82DE0"/>
    <w:rsid w:val="00C2186F"/>
    <w:rsid w:val="00C524C5"/>
    <w:rsid w:val="00CB0664"/>
    <w:rsid w:val="00EC5612"/>
    <w:rsid w:val="00FC693F"/>
    <w:rsid w:val="010FC513"/>
    <w:rsid w:val="0970D04D"/>
    <w:rsid w:val="0A43F181"/>
    <w:rsid w:val="0DB46185"/>
    <w:rsid w:val="1040E620"/>
    <w:rsid w:val="1098E4E9"/>
    <w:rsid w:val="11860166"/>
    <w:rsid w:val="158463B4"/>
    <w:rsid w:val="1920257C"/>
    <w:rsid w:val="1CB17B17"/>
    <w:rsid w:val="1D575DE2"/>
    <w:rsid w:val="20B9BD20"/>
    <w:rsid w:val="2C1AB4AF"/>
    <w:rsid w:val="2D93DC1E"/>
    <w:rsid w:val="2E44AAA6"/>
    <w:rsid w:val="2F440688"/>
    <w:rsid w:val="30C4A7AB"/>
    <w:rsid w:val="32BE3F85"/>
    <w:rsid w:val="32CB4A8E"/>
    <w:rsid w:val="3462B9A1"/>
    <w:rsid w:val="373301E9"/>
    <w:rsid w:val="37C5D6A8"/>
    <w:rsid w:val="3905C5E3"/>
    <w:rsid w:val="3A6E413B"/>
    <w:rsid w:val="3E7DCC56"/>
    <w:rsid w:val="44720DF8"/>
    <w:rsid w:val="481F3AB5"/>
    <w:rsid w:val="4955B593"/>
    <w:rsid w:val="4ACC15BD"/>
    <w:rsid w:val="4C7EB33A"/>
    <w:rsid w:val="4F865884"/>
    <w:rsid w:val="5306B827"/>
    <w:rsid w:val="58370794"/>
    <w:rsid w:val="5A79A215"/>
    <w:rsid w:val="5C1A1DA7"/>
    <w:rsid w:val="5DF513FE"/>
    <w:rsid w:val="5ECD77A7"/>
    <w:rsid w:val="60C7D954"/>
    <w:rsid w:val="63DB52E9"/>
    <w:rsid w:val="64863B7E"/>
    <w:rsid w:val="6533E02F"/>
    <w:rsid w:val="653F8758"/>
    <w:rsid w:val="67CAB6F8"/>
    <w:rsid w:val="692F95EA"/>
    <w:rsid w:val="69BA8FF9"/>
    <w:rsid w:val="6BA65403"/>
    <w:rsid w:val="6C5ED4CA"/>
    <w:rsid w:val="6C789E28"/>
    <w:rsid w:val="6EC9BB4E"/>
    <w:rsid w:val="714090A1"/>
    <w:rsid w:val="72E7AC8B"/>
    <w:rsid w:val="73A166BE"/>
    <w:rsid w:val="73F474A2"/>
    <w:rsid w:val="7B8B4710"/>
    <w:rsid w:val="7F739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B4B2A65-1F6E-4C29-8D4F-96AB7FC6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/>
    </w:pPr>
    <w:rPr>
      <w:rFonts w:ascii="Aptos" w:hAnsi="Aptos"/>
      <w:color w:val="222222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00000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C00000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ny"/>
    <w:rsid w:val="00841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C53F2A-964B-4D5B-8850-77E298D67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16301</Words>
  <Characters>97808</Characters>
  <Application>Microsoft Office Word</Application>
  <DocSecurity>0</DocSecurity>
  <Lines>815</Lines>
  <Paragraphs>227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Stay brainy! klasa 4 - wymagania edukacyjne na oceny 1-6</vt:lpstr>
    </vt:vector>
  </TitlesOfParts>
  <Manager/>
  <Company/>
  <LinksUpToDate>false</LinksUpToDate>
  <CharactersWithSpaces>113882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 brainy! klasa 4 - wymagania edukacyjne na oceny 1-6</dc:title>
  <dc:subject/>
  <dc:creator>Dominika Kretkowska</dc:creator>
  <cp:keywords/>
  <dc:description>generated by python-docx</dc:description>
  <cp:lastModifiedBy>nauczyciel</cp:lastModifiedBy>
  <cp:revision>2</cp:revision>
  <dcterms:created xsi:type="dcterms:W3CDTF">2026-08-31T14:12:00Z</dcterms:created>
  <dcterms:modified xsi:type="dcterms:W3CDTF">2026-08-31T14:12:00Z</dcterms:modified>
  <cp:category/>
</cp:coreProperties>
</file>